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WYKONAWCY O NIEZALEGANIU Z PŁATNOŚCIAMI WOBEC PODWYKONAWCÓW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 dalszych podwykonawców, składane inwestorowi (zamawiającemu) do faktury lub płatności częściowej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złożenia oświadczenia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Oświadczenie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na dzień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dzień, na który podano zapłaty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Oświadczający: wykonawca (generalny wykonawca)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firmy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KRS / CEIDG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reprezentująca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podstawa umocowania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Inwestor (zamawiający), umowa i rozliczenie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 / 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z inwestorem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 umowy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Faktura wykonawcy objęta oświadczeniem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Kwota faktury brutto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rozliczeniowy / etap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odbioru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Podwykonawcy i dalsi podwykonawcy biorący udział w robotach objętych rozliczeniem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kolumnie „P / DP” wpisz P (podwykonawca wykonawcy) albo DP (dalszy podwykonawca, wraz z nazwą podwykonawcy, z którym ma umowę). Kwota wymagalna to suma faktur podwykonawcy, których termin płatności minął do dnia wskazanego w polu „Stan na dzień”. Kwot niewymagalnych (np. faktur przed terminem płatności, zatrzymanej kaucji) nie wpisuj jako zaległości.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677"/>
        <w:gridCol w:w="690"/>
        <w:gridCol w:w="986"/>
        <w:gridCol w:w="1085"/>
        <w:gridCol w:w="986"/>
        <w:gridCol w:w="986"/>
        <w:gridCol w:w="986"/>
        <w:gridCol w:w="887"/>
        <w:gridCol w:w="1085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podwykonawcy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 / DP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NIP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Umowa nr i data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nr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wymagalna (zł)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zapłacona (zł)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zapłaty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Dowód zapłaty (nr zał.)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677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677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677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677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677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677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1677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1677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108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Suma kwot wymagalnych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Suma kwot zapłaconych (zł)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Oświadczenie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 w imieniu wykonawcy, że według stanu na dzień wskazany w nagłówku (zaznacz jedno):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wymagalne wynagrodzenie należne podwykonawcom i dalszym podwykonawcom wymienionym w pkt 3 za roboty objęte rozliczeniem zostało zapłacone w całości; wykonawca nie ma wobec nich zaległości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wymagalne wynagrodzenie zostało zapłacone z wyjątkiem kwot wymienionych w tabeli poniżej, których zasadność lub wysokość wykonawca kwestionuje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170"/>
        <w:gridCol w:w="1282"/>
        <w:gridCol w:w="1282"/>
        <w:gridCol w:w="2861"/>
        <w:gridCol w:w="1775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Podwykonawca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nr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sporna (zł)</w:t>
            </w:r>
          </w:p>
        </w:tc>
        <w:tc>
          <w:tcPr>
            <w:tcW w:type="dxa" w:w="286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Przyczyna niezapłacenia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Pismo do podwykonawcy (data)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286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286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2861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Przyczyna: np. wady stwierdzone w protokole, brak odbioru robót, kara umowna, potrącenie wzajemnej należności z tej samej umowy. Do tabeli dołącz pisma, w których przyczynę podano podwykonawcy.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 ponadto, że (zaznacz potwierdzone punkty):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robotach objętych rozliczeniem nie brali udziału inni podwykonawcy ani dalsi podwykonawcy niż wymienieni w pkt 3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uzyskałem od podwykonawców potwierdzenie zapłaty wymagalnego wynagrodzenia ich dalszym podwykonawcom (oświadczenia w załączeniu)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każdej zmianie, która czyni to oświadczenie nieaktualnym, niezwłocznie poinformuję inwestora (zamawiającego)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potwierdzenia przelewów lub wyciągi bankowe dla płatności z pkt 3</w:t>
      </w:r>
      <w:r>
        <w:rPr>
          <w:rFonts w:ascii="Arial" w:hAnsi="Arial" w:eastAsia="Arial"/>
          <w:b w:val="0"/>
          <w:i w:val="0"/>
          <w:sz w:val="18"/>
        </w:rPr>
        <w:t xml:space="preserve"> (liczba: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oświadczenia podwykonawców i dalszych podwykonawców o otrzymaniu zapłaty (wzór na str. 3)</w:t>
      </w:r>
      <w:r>
        <w:rPr>
          <w:rFonts w:ascii="Arial" w:hAnsi="Arial" w:eastAsia="Arial"/>
          <w:b w:val="0"/>
          <w:i w:val="0"/>
          <w:sz w:val="18"/>
        </w:rPr>
        <w:t xml:space="preserve"> (liczba: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kopie faktur podwykonawców i protokołów odbioru ich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pisma do podwykonawców w sprawie kwot spornych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zamówieniach publicznych na roboty budowlane trwające dłużej niż 12 miesięcy, przy wynagrodzeniu płatnym w częściach, zapłata drugiej i następnych części wymaga przedstawienia dowodów zapłaty wymagalnego wynagrodzenia podwykonawcom i dalszym podwykonawcom biorącym udział w odebranych robotach; bez nich zamawiający wstrzymuje wypłatę w części równej sumie kwot z nieprzedstawionych dowodów (art. 447 ust. 1 pkt 1 i ust. 2 Pzp). Rodzaj dowodów określa umowa (art. 437 ust. 1 pkt 4 Pzp).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 pieczęć osoby upoważnionej do reprezentowania wykonawcy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Załącznik: OŚWIADCZENIE PODWYKONAWCY (DALSZEGO PODWYKONAWCY) O OTRZYMANIU ZAPŁATY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złożenia oświadczenia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Podwykonawca (oświadczający)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KRS / CEIDG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reprezentująca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Płatnik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albo podwykonawca, z którym zawarto umowę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o podwykonawstwo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 umowy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479"/>
        <w:gridCol w:w="1183"/>
        <w:gridCol w:w="1183"/>
        <w:gridCol w:w="1381"/>
        <w:gridCol w:w="1381"/>
        <w:gridCol w:w="1183"/>
        <w:gridCol w:w="1578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nr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wystawienia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płatności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brutto (zł)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Zapłacono (zł)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zapłaty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Pozostało (zł)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(zaznacz):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wynagrodzenie z faktur wymienionych w tabeli, wymagalne do dnia złożenia oświadczenia, otrzymałem w całości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zapłaty pozostaje wymagalna kwota ...................... zł z faktur nr 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tych robotach nie korzystam z dalszych podwykonawców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zapłaciłem wymagalne wynagrodzenie moim dalszym podwykonawcom (lista i ich oświadczenia w załączeniu)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Oświadczenie potwierdza zapłatę kwot wymienionych w tabeli. Nie obejmuje faktur jeszcze niewymagalnych, kwot zatrzymanych jako kaucja ani należności, których w tabeli nie wpisano.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 pieczęć osoby upoważnionej do reprezentowania podwykonawcy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 O Niezaleganiu Z Płatnościami Wobec Podwykonawców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