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OŚWIADCZENIE O OBNIŻENIU WYNAGRODZENIA Z RĘKOJMI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art. 560 § 1 i 3 w związku z art. 638 § 1 i art. 656 § 1 Kodeksu cywilnego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 i data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Sposób doręczenia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list polecony / za potwierdzeniem odbioru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Zamawiający (składa oświadczenie)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adres, NIP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Wykonawca (adresat)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adres, NIP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Umowa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numer, data, przedmiot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Budowa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Wynagrodzenie z umowy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kwota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Odbiór robót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data, protokół nr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Na podstawie art. 560 § 1 w związku z art. 638 § 1 i art. 656 § 1 Kodeksu cywilnego składam oświadczenie o obniżeniu wynagrodzenia z powodu wad robót wskazanych poniżej.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Wady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946"/>
        <w:gridCol w:w="1381"/>
        <w:gridCol w:w="2170"/>
        <w:gridCol w:w="1775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94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Opis wady i miejsce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 stwierdzenia</w:t>
            </w:r>
          </w:p>
        </w:tc>
        <w:tc>
          <w:tcPr>
            <w:tcW w:type="dxa" w:w="217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Zawiadomienie wykonawcy (data, sposób)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Dowód (zdjęcie, protokół)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946"/>
          </w:tcPr>
          <w:p/>
        </w:tc>
        <w:tc>
          <w:tcPr>
            <w:tcW w:type="dxa" w:w="1381"/>
          </w:tcPr>
          <w:p/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946"/>
          </w:tcPr>
          <w:p/>
        </w:tc>
        <w:tc>
          <w:tcPr>
            <w:tcW w:type="dxa" w:w="1381"/>
          </w:tcPr>
          <w:p/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946"/>
          </w:tcPr>
          <w:p/>
        </w:tc>
        <w:tc>
          <w:tcPr>
            <w:tcW w:type="dxa" w:w="1381"/>
          </w:tcPr>
          <w:p/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946"/>
          </w:tcPr>
          <w:p/>
        </w:tc>
        <w:tc>
          <w:tcPr>
            <w:tcW w:type="dxa" w:w="1381"/>
          </w:tcPr>
          <w:p/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946"/>
          </w:tcPr>
          <w:p/>
        </w:tc>
        <w:tc>
          <w:tcPr>
            <w:tcW w:type="dxa" w:w="1381"/>
          </w:tcPr>
          <w:p/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Wezwanie do usunięcia wad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Wezwanie z dnia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doręczone dnia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Termin usunięcia wad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wyznaczony do dnia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Wady usunięte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nie / częściowo / w całości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Bezskuteczny upływ terminu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data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wykonawca nie usunął wad w wyznaczonym terminie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wady były już naprawiane przez wykonawcę bez skutku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wykonawca odmówił usunięcia wad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Wyliczenie obniżki (art. 560 § 3 KC)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524"/>
        <w:gridCol w:w="1973"/>
        <w:gridCol w:w="2367"/>
      </w:tblGrid>
      <w:tr>
        <w:trPr>
          <w:cantSplit/>
        </w:trPr>
        <w:tc>
          <w:tcPr>
            <w:tcW w:type="dxa" w:w="552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Pozycja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Kwota zł</w:t>
            </w:r>
          </w:p>
        </w:tc>
        <w:tc>
          <w:tcPr>
            <w:tcW w:type="dxa" w:w="236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Źródło (kosztorys, opinia nr)</w:t>
            </w:r>
          </w:p>
        </w:tc>
      </w:tr>
      <w:tr>
        <w:trPr>
          <w:trHeight w:val="481" w:hRule="atLeast"/>
          <w:cantSplit/>
        </w:trPr>
        <w:tc>
          <w:tcPr>
            <w:tcW w:type="dxa" w:w="552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A. Wynagrodzenie z umowy za roboty dotknięte wadą</w:t>
            </w:r>
          </w:p>
        </w:tc>
        <w:tc>
          <w:tcPr>
            <w:tcW w:type="dxa" w:w="1973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552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B. Wartość robót bez wady</w:t>
            </w:r>
          </w:p>
        </w:tc>
        <w:tc>
          <w:tcPr>
            <w:tcW w:type="dxa" w:w="1973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552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C. Wartość robót z wadą</w:t>
            </w:r>
          </w:p>
        </w:tc>
        <w:tc>
          <w:tcPr>
            <w:tcW w:type="dxa" w:w="1973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552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D. Proporcja C ÷ B</w:t>
            </w:r>
          </w:p>
        </w:tc>
        <w:tc>
          <w:tcPr>
            <w:tcW w:type="dxa" w:w="1973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552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E. Wynagrodzenie po obniżce: A × D</w:t>
            </w:r>
          </w:p>
        </w:tc>
        <w:tc>
          <w:tcPr>
            <w:tcW w:type="dxa" w:w="1973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552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F. Kwota obniżki: A − E</w:t>
            </w:r>
          </w:p>
        </w:tc>
        <w:tc>
          <w:tcPr>
            <w:tcW w:type="dxa" w:w="1973"/>
          </w:tcPr>
          <w:p/>
        </w:tc>
        <w:tc>
          <w:tcPr>
            <w:tcW w:type="dxa" w:w="2367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Oświadczenie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Oświadczam, że wynagrodzenie za roboty dotknięte wadami ulega obniżeniu do kwoty z pozycji E. Obniżka wynosi kwotę z pozycji F.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Rozliczenie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wynagrodzenie nie zostało jeszcze zapłacone: zapłacę kwotę po obniżce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wynagrodzenie zostało zapłacone: wzywam do zwrotu różnicy do dnia ........ na rachunek ........................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różnica zostanie potrącona z faktury nr ........ (art. 498 i 499 KC); oświadczenie o potrąceniu załączam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trHeight w:val="850" w:hRule="atLeast"/>
          <w:cantSplit/>
        </w:trPr>
        <w:tc>
          <w:tcPr>
            <w:tcW w:type="dxa" w:w="9865"/>
          </w:tcPr>
          <w:p/>
        </w:tc>
      </w:tr>
      <w:tr>
        <w:trPr>
          <w:cantSplit/>
        </w:trPr>
        <w:tc>
          <w:tcPr>
            <w:tcW w:type="dxa" w:w="9865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Zamawiający lub osoba umocowana do reprezentacji (podpis)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Potwierdzenie odbioru oświadczenia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Odebrał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Jeżeli rzecz sprzedana ma wadę, kupujący może złożyć oświadczenie o obniżeniu ceny albo odstąpieniu od umowy, chyba że sprzedawca niezwłocznie i bez nadmiernych niedogodności dla kupującego wymieni rzecz wadliwą na wolną od wad albo wadę usunie; ograniczenie to nie ma zastosowania, jeżeli rzecz była już wymieniona lub naprawiana przez sprzedawcę albo sprzedawca nie uczynił zadość obowiązkowi wymiany lub usunięcia wady (art. 560 § 1 KC). Obniżona cena powinna pozostawać w takiej proporcji do ceny wynikającej z umowy, w jakiej wartość rzeczy z wadą pozostaje do wartości rzeczy bez wady (art. 560 § 3 KC). Jeżeli kupujący żądał usunięcia wady, bieg terminu do złożenia oświadczenia o obniżeniu ceny rozpoczyna się z chwilą bezskutecznego upływu terminu do usunięcia wady (art. 568 § 3 KC). W robotach budowlanych przepisy te stosuje się odpowiednio (art. 656 § 1 i art. 638 § 1 KC).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 Obniżeniu Wynagrodzenia Z Rękojmi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