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POTRĄCENIU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potrącenie kary umownej lub innej należności z wynagrodzenia za roboty budowlane (art. 498 i art. 499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Składający oświadczenie (wierzyciel i dłużnik)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 oświadczenia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Wierzytelność składającego oświadczenie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255"/>
        <w:gridCol w:w="2170"/>
        <w:gridCol w:w="1479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Tytuł (kara umowna, koszty wykonania zastępczego, inne)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(§ umowy, nota nr)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zapłaty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Potrącić można wierzytelność wymagalną (art. 498 § 1 KC). Kara umowna bez oznaczonego terminu zapłaty staje się wymagalna po wezwaniu do zapłaty (art. 455 KC), np. notą obciążeniową z terminem.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Wierzytelność adresata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255"/>
        <w:gridCol w:w="1775"/>
        <w:gridCol w:w="1874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/ tytuł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wystawienia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płatności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874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874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255"/>
          </w:tcPr>
          <w:p/>
        </w:tc>
        <w:tc>
          <w:tcPr>
            <w:tcW w:type="dxa" w:w="1775"/>
          </w:tcPr>
          <w:p/>
        </w:tc>
        <w:tc>
          <w:tcPr>
            <w:tcW w:type="dxa" w:w="1874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498 § 1 i art. 499 Kodeksu cywilnego oświadczam, że potrącam wierzytelność wskazaną w pkt 2 z wierzytelnością wskazaną w pkt 3. Wskutek potrącenia obie wierzytelności umarzają się nawzajem do wysokości wierzytelności niższej (art. 498 § 2 KC).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Kwota potrącenia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Data, od której potrącenie stało się możliwe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Pozostaje do zapłaty na rzecz adresata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Pozostaje do zapłaty przez adresata (zł)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do zapłaty pozostałej kwoty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 pozostałej kwoty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Oświadczenie ma moc wsteczną od chwili, kiedy potrącenie stało się możliwe (art. 499 KC). Nie można potrącić m.in. wierzytelności wynikających z czynów niedozwolonych ani tych, co do których potrącenie wyłączają przepisy szczególne (art. 505 KC). Sprawdź też, czy umowa nie wyłącza ani nie ogranicza potrącenia.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nota obciążeniowa nr ........ z dnia ........ wraz z dowodem doręczenia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wezwanie do zapłaty z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faktury adresata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Składający oświadczenie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oświadczenia przez adresata (data, podpis) albo dowód nadania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Potrąceniu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