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OŚWIADCZENIE o posiadanym prawie do dysponowania nieruchomością na cele budowlane (PB-5)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wzór z załącznika do rozporządzenia Ministra Rozwoju, Pracy i Technologii z dnia 25 czerwca 2021 r. (Dz.U. 2021 poz. 1170)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Podstawa prawna: Art. 32 ust. 4 pkt 2 ustawy z dnia 7 lipca 1994 r. – Prawo budowlane (Dz. U. z 2020 r. poz. 1333, z późn. zm.).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Dodatkowe informacje: Prawo do dysponowania nieruchomością na cele budowlane jest to tytuł prawny wynikający z prawa własności, użytkowania wieczystego, zarządu, ograniczonego prawa rzeczowego albo stosunku zobowiązaniowego, przewidującego uprawnienia do wykonywania robót budowlanych. W przypadku, gdy do złożenia oświadczenia zobowiązanych jest kilka osób, każda z tych osób składa oświadczenie oddzielnie na osobnym formularzu.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DANE INWESTORA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 lub nazwa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Kraj</w:t>
            </w:r>
          </w:p>
        </w:tc>
        <w:tc>
          <w:tcPr>
            <w:tcW w:type="dxa" w:w="246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246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246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</w:tr>
      <w:tr>
        <w:trPr>
          <w:trHeight w:val="481" w:hRule="atLeast"/>
          <w:cantSplit/>
        </w:trP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663"/>
        <w:gridCol w:w="986"/>
        <w:gridCol w:w="986"/>
        <w:gridCol w:w="2269"/>
        <w:gridCol w:w="1183"/>
        <w:gridCol w:w="1775"/>
      </w:tblGrid>
      <w:tr>
        <w:trPr>
          <w:cantSplit/>
        </w:trPr>
        <w:tc>
          <w:tcPr>
            <w:tcW w:type="dxa" w:w="266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lokalu</w:t>
            </w:r>
          </w:p>
        </w:tc>
        <w:tc>
          <w:tcPr>
            <w:tcW w:type="dxa" w:w="226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Poczta</w:t>
            </w:r>
          </w:p>
        </w:tc>
      </w:tr>
      <w:tr>
        <w:trPr>
          <w:trHeight w:val="481" w:hRule="atLeast"/>
          <w:cantSplit/>
        </w:trPr>
        <w:tc>
          <w:tcPr>
            <w:tcW w:type="dxa" w:w="2663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2269"/>
          </w:tcPr>
          <w:p/>
        </w:tc>
        <w:tc>
          <w:tcPr>
            <w:tcW w:type="dxa" w:w="1183"/>
          </w:tcPr>
          <w:p/>
        </w:tc>
        <w:tc>
          <w:tcPr>
            <w:tcW w:type="dxa" w:w="177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DANE OSOBY UPOWAŻNIONEJ DO ZŁOŻENIA OŚWIADCZENIA W IMIENIU INWESTORA¹⁾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 lub nazwa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Kraj</w:t>
            </w:r>
          </w:p>
        </w:tc>
        <w:tc>
          <w:tcPr>
            <w:tcW w:type="dxa" w:w="246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246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246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</w:tr>
      <w:tr>
        <w:trPr>
          <w:trHeight w:val="481" w:hRule="atLeast"/>
          <w:cantSplit/>
        </w:trP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663"/>
        <w:gridCol w:w="986"/>
        <w:gridCol w:w="986"/>
        <w:gridCol w:w="2269"/>
        <w:gridCol w:w="1183"/>
        <w:gridCol w:w="1775"/>
      </w:tblGrid>
      <w:tr>
        <w:trPr>
          <w:cantSplit/>
        </w:trPr>
        <w:tc>
          <w:tcPr>
            <w:tcW w:type="dxa" w:w="266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lokalu</w:t>
            </w:r>
          </w:p>
        </w:tc>
        <w:tc>
          <w:tcPr>
            <w:tcW w:type="dxa" w:w="226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Poczta</w:t>
            </w:r>
          </w:p>
        </w:tc>
      </w:tr>
      <w:tr>
        <w:trPr>
          <w:trHeight w:val="481" w:hRule="atLeast"/>
          <w:cantSplit/>
        </w:trPr>
        <w:tc>
          <w:tcPr>
            <w:tcW w:type="dxa" w:w="2663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2269"/>
          </w:tcPr>
          <w:p/>
        </w:tc>
        <w:tc>
          <w:tcPr>
            <w:tcW w:type="dxa" w:w="1183"/>
          </w:tcPr>
          <w:p/>
        </w:tc>
        <w:tc>
          <w:tcPr>
            <w:tcW w:type="dxa" w:w="177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DANE NIERUCHOMOŚCI²⁾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3354"/>
        <w:gridCol w:w="3255"/>
        <w:gridCol w:w="3255"/>
      </w:tblGrid>
      <w:tr>
        <w:trPr>
          <w:cantSplit/>
        </w:trPr>
        <w:tc>
          <w:tcPr>
            <w:tcW w:type="dxa" w:w="335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325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325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</w:tr>
      <w:tr>
        <w:trPr>
          <w:trHeight w:val="481" w:hRule="atLeast"/>
          <w:cantSplit/>
        </w:trPr>
        <w:tc>
          <w:tcPr>
            <w:tcW w:type="dxa" w:w="3354"/>
          </w:tcPr>
          <w:p/>
        </w:tc>
        <w:tc>
          <w:tcPr>
            <w:tcW w:type="dxa" w:w="3255"/>
          </w:tcPr>
          <w:p/>
        </w:tc>
        <w:tc>
          <w:tcPr>
            <w:tcW w:type="dxa" w:w="325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3551"/>
        <w:gridCol w:w="1381"/>
        <w:gridCol w:w="3354"/>
        <w:gridCol w:w="1578"/>
      </w:tblGrid>
      <w:tr>
        <w:trPr>
          <w:cantSplit/>
        </w:trPr>
        <w:tc>
          <w:tcPr>
            <w:tcW w:type="dxa" w:w="355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335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3551"/>
          </w:tcPr>
          <w:p/>
        </w:tc>
        <w:tc>
          <w:tcPr>
            <w:tcW w:type="dxa" w:w="1381"/>
          </w:tcPr>
          <w:p/>
        </w:tc>
        <w:tc>
          <w:tcPr>
            <w:tcW w:type="dxa" w:w="3354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Identyfikator działki ewidencyjnej³⁾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Liczba stron zawierających dane o kolejnych nieruchomościach (załączanych do oświadczenia)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Po zapoznaniu się z art. 32 ust. 4 pkt 2 oraz art. 3 pkt 11 ustawy z dnia 7 lipca 1994 r. – Prawo budowlane oświadczam, że posiadam prawo do dysponowania nieruchomością (nieruchomościami) na cele budowlane określoną (określonymi) w pkt 3 tego oświadczenia.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Jestem świadomy (świadoma) odpowiedzialności karnej za podanie nieprawdy w niniejszym oświadczeniu, zgodnie z art. 233 ustawy z dnia 6 czerwca 1997 r. – Kodeks karny (Dz. U. z 2020 r. poz. 1444, z późn. zm.).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PODPIS INWESTORA LUB OSOBY UPOWAŻNIONEJ DO ZŁOŻENIA OŚWIADCZENIA W IMIENIU INWESTORA I DATA PODPISU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Podpis powinien być czytelny.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trHeight w:val="850" w:hRule="atLeast"/>
          <w:cantSplit/>
        </w:trPr>
        <w:tc>
          <w:tcPr>
            <w:tcW w:type="dxa" w:w="9865"/>
          </w:tcPr>
          <w:p/>
        </w:tc>
      </w:tr>
      <w:tr>
        <w:trPr>
          <w:cantSplit/>
        </w:trPr>
        <w:tc>
          <w:tcPr>
            <w:tcW w:type="dxa" w:w="9865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Czytelny podpis i data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¹⁾ Wypełnia się, jeżeli oświadczenie jest składane w imieniu osoby prawnej lub jednostki organizacyjnej nieposiadającej osobowości prawnej albo oświadczenie w imieniu inwestora składa jego pełnomocnik.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²⁾ W przypadku większej liczby nieruchomości dane kolejnych nieruchomości dodaje się w formularzu albo zamieszcza na osobnych stronach i dołącza do formularza.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³⁾ W przypadku oświadczenia sporządzanego w postaci papierowej zamiast identyfikatora działki ewidencyjnej można wskazać obręb ewidencyjny i nr działki ewidencyjnej oraz arkusz mapy, jeżeli występuje.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DANE KOLEJNYCH NIERUCHOMOŚCI (strona dołączana do oświadczenia, przypis 2)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Nieruchomość nr ......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3354"/>
        <w:gridCol w:w="3255"/>
        <w:gridCol w:w="3255"/>
      </w:tblGrid>
      <w:tr>
        <w:trPr>
          <w:cantSplit/>
        </w:trPr>
        <w:tc>
          <w:tcPr>
            <w:tcW w:type="dxa" w:w="335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325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325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</w:tr>
      <w:tr>
        <w:trPr>
          <w:trHeight w:val="481" w:hRule="atLeast"/>
          <w:cantSplit/>
        </w:trPr>
        <w:tc>
          <w:tcPr>
            <w:tcW w:type="dxa" w:w="3354"/>
          </w:tcPr>
          <w:p/>
        </w:tc>
        <w:tc>
          <w:tcPr>
            <w:tcW w:type="dxa" w:w="3255"/>
          </w:tcPr>
          <w:p/>
        </w:tc>
        <w:tc>
          <w:tcPr>
            <w:tcW w:type="dxa" w:w="325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3551"/>
        <w:gridCol w:w="1381"/>
        <w:gridCol w:w="3354"/>
        <w:gridCol w:w="1578"/>
      </w:tblGrid>
      <w:tr>
        <w:trPr>
          <w:cantSplit/>
        </w:trPr>
        <w:tc>
          <w:tcPr>
            <w:tcW w:type="dxa" w:w="355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335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3551"/>
          </w:tcPr>
          <w:p/>
        </w:tc>
        <w:tc>
          <w:tcPr>
            <w:tcW w:type="dxa" w:w="1381"/>
          </w:tcPr>
          <w:p/>
        </w:tc>
        <w:tc>
          <w:tcPr>
            <w:tcW w:type="dxa" w:w="3354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Identyfikator działki ewidencyjnej albo obręb, nr działki i arkusz mapy³⁾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Nieruchomość nr ......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3354"/>
        <w:gridCol w:w="3255"/>
        <w:gridCol w:w="3255"/>
      </w:tblGrid>
      <w:tr>
        <w:trPr>
          <w:cantSplit/>
        </w:trPr>
        <w:tc>
          <w:tcPr>
            <w:tcW w:type="dxa" w:w="335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325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325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</w:tr>
      <w:tr>
        <w:trPr>
          <w:trHeight w:val="481" w:hRule="atLeast"/>
          <w:cantSplit/>
        </w:trPr>
        <w:tc>
          <w:tcPr>
            <w:tcW w:type="dxa" w:w="3354"/>
          </w:tcPr>
          <w:p/>
        </w:tc>
        <w:tc>
          <w:tcPr>
            <w:tcW w:type="dxa" w:w="3255"/>
          </w:tcPr>
          <w:p/>
        </w:tc>
        <w:tc>
          <w:tcPr>
            <w:tcW w:type="dxa" w:w="325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3551"/>
        <w:gridCol w:w="1381"/>
        <w:gridCol w:w="3354"/>
        <w:gridCol w:w="1578"/>
      </w:tblGrid>
      <w:tr>
        <w:trPr>
          <w:cantSplit/>
        </w:trPr>
        <w:tc>
          <w:tcPr>
            <w:tcW w:type="dxa" w:w="355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335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3551"/>
          </w:tcPr>
          <w:p/>
        </w:tc>
        <w:tc>
          <w:tcPr>
            <w:tcW w:type="dxa" w:w="1381"/>
          </w:tcPr>
          <w:p/>
        </w:tc>
        <w:tc>
          <w:tcPr>
            <w:tcW w:type="dxa" w:w="3354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Identyfikator działki ewidencyjnej albo obręb, nr działki i arkusz mapy³⁾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Informacja (nie jest częścią wzoru): oświadczenie dołącza się do wniosku o pozwolenie na budowę (art. 33 ust. 2 pkt 2 Prawa budowlanego) i do zgłoszenia (art. 30 ust. 2a pkt 1). Pozwolenie na budowę może być wydane wyłącznie temu, kto złożył oświadczenie, pod rygorem odpowiedzialności karnej, o posiadanym prawie do dysponowania nieruchomością na cele budowlane (art. 32 ust. 4 pkt 2). Oświadczenie można też wygenerować na portalu e-Budownictwo (art. 79a ust. 1 pkt 5). Rozporządzenie z 25 czerwca 2021 r. obowiązuje od 1 lipca 2021 r.; do oświadczeń złożonych wcześniej stosuje się przepisy dotychczasowe (§ 2–3).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Posiadanym Prawie Do Dysponowania Nieruchomością Na Cele Budowlane (Pb-5)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