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OŚWIADCZENIE O ZAPOZNANIU Z OCENĄ RYZYKA ZAWODOWEGO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informacja o ryzyku zawodowym i zasadach ochrony przed zagrożeniami (art. 226 i art. 237⁴ § 3 Kodeksu pracy)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 pracy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budowa, dział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Pracownik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 brzmieniu z karty oceny ryzyka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Karta oceny ryzyka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sporządzenia / aktualizacji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Najważniejsze zagrożenia na stanowisku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3946"/>
        <w:gridCol w:w="2959"/>
        <w:gridCol w:w="2466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94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Zagrożenie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Możliwe skutki</w:t>
            </w:r>
          </w:p>
        </w:tc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Ryzyko (M / Ś / D)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946"/>
          </w:tcPr>
          <w:p/>
        </w:tc>
        <w:tc>
          <w:tcPr>
            <w:tcW w:type="dxa" w:w="2959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946"/>
          </w:tcPr>
          <w:p/>
        </w:tc>
        <w:tc>
          <w:tcPr>
            <w:tcW w:type="dxa" w:w="2959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946"/>
          </w:tcPr>
          <w:p/>
        </w:tc>
        <w:tc>
          <w:tcPr>
            <w:tcW w:type="dxa" w:w="2959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946"/>
          </w:tcPr>
          <w:p/>
        </w:tc>
        <w:tc>
          <w:tcPr>
            <w:tcW w:type="dxa" w:w="2959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946"/>
          </w:tcPr>
          <w:p/>
        </w:tc>
        <w:tc>
          <w:tcPr>
            <w:tcW w:type="dxa" w:w="2959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946"/>
          </w:tcPr>
          <w:p/>
        </w:tc>
        <w:tc>
          <w:tcPr>
            <w:tcW w:type="dxa" w:w="2959"/>
          </w:tcPr>
          <w:p/>
        </w:tc>
        <w:tc>
          <w:tcPr>
            <w:tcW w:type="dxa" w:w="2466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Środki ochrony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Środki ochrony zbiorowej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Środki ochrony indywidualnej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Oświadczenie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Oświadczam, że zostałem(-am) poinformowany(-a) o ryzyku zawodowym związanym z pracą na wymienionym stanowisku i o zasadach ochrony przed zagrożeniami, zapoznałem(-am) się z kartą oceny ryzyka zawodowego wskazaną wyżej i zobowiązuję się stosować wymienione środki ochrony.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Osoba przekazująca informację (imię, nazwisko, funkcja)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Pracownik (data i 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Wersja zbiorcza (brygada)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3453"/>
        <w:gridCol w:w="2466"/>
        <w:gridCol w:w="1479"/>
        <w:gridCol w:w="1973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45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453"/>
          </w:tcPr>
          <w:p/>
        </w:tc>
        <w:tc>
          <w:tcPr>
            <w:tcW w:type="dxa" w:w="2466"/>
          </w:tcPr>
          <w:p/>
        </w:tc>
        <w:tc>
          <w:tcPr>
            <w:tcW w:type="dxa" w:w="1479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453"/>
          </w:tcPr>
          <w:p/>
        </w:tc>
        <w:tc>
          <w:tcPr>
            <w:tcW w:type="dxa" w:w="2466"/>
          </w:tcPr>
          <w:p/>
        </w:tc>
        <w:tc>
          <w:tcPr>
            <w:tcW w:type="dxa" w:w="1479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453"/>
          </w:tcPr>
          <w:p/>
        </w:tc>
        <w:tc>
          <w:tcPr>
            <w:tcW w:type="dxa" w:w="2466"/>
          </w:tcPr>
          <w:p/>
        </w:tc>
        <w:tc>
          <w:tcPr>
            <w:tcW w:type="dxa" w:w="1479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453"/>
          </w:tcPr>
          <w:p/>
        </w:tc>
        <w:tc>
          <w:tcPr>
            <w:tcW w:type="dxa" w:w="2466"/>
          </w:tcPr>
          <w:p/>
        </w:tc>
        <w:tc>
          <w:tcPr>
            <w:tcW w:type="dxa" w:w="1479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453"/>
          </w:tcPr>
          <w:p/>
        </w:tc>
        <w:tc>
          <w:tcPr>
            <w:tcW w:type="dxa" w:w="2466"/>
          </w:tcPr>
          <w:p/>
        </w:tc>
        <w:tc>
          <w:tcPr>
            <w:tcW w:type="dxa" w:w="1479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453"/>
          </w:tcPr>
          <w:p/>
        </w:tc>
        <w:tc>
          <w:tcPr>
            <w:tcW w:type="dxa" w:w="2466"/>
          </w:tcPr>
          <w:p/>
        </w:tc>
        <w:tc>
          <w:tcPr>
            <w:tcW w:type="dxa" w:w="1479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453"/>
          </w:tcPr>
          <w:p/>
        </w:tc>
        <w:tc>
          <w:tcPr>
            <w:tcW w:type="dxa" w:w="2466"/>
          </w:tcPr>
          <w:p/>
        </w:tc>
        <w:tc>
          <w:tcPr>
            <w:tcW w:type="dxa" w:w="1479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453"/>
          </w:tcPr>
          <w:p/>
        </w:tc>
        <w:tc>
          <w:tcPr>
            <w:tcW w:type="dxa" w:w="2466"/>
          </w:tcPr>
          <w:p/>
        </w:tc>
        <w:tc>
          <w:tcPr>
            <w:tcW w:type="dxa" w:w="1479"/>
          </w:tcPr>
          <w:p/>
        </w:tc>
        <w:tc>
          <w:tcPr>
            <w:tcW w:type="dxa" w:w="197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ocenia i dokumentuje ryzyko zawodowe oraz informuje pracowników o ryzyku i zasadach ochrony przed zagrożeniami (art. 226 KP). Pracownik potwierdza zapoznanie się z przepisami i zasadami BHP w postaci papierowej lub elektronicznej (art. 237⁴ § 3 KP, Dz.U. 2026 poz. 1245).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Zapoznaniu Z Oceną Ryzyka Zawodowego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