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OŚWIADCZENIE POSZKODOWANEGO O WYPADKU W DRODZE DO PRACY LUB Z PRACY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zawiadomienie o wypadku (§ 1) i oświadczenie co do czasu, miejsca i okoliczności zdarzenia (§ 2 pkt 1 rozporządzenia, t.j. Dz.U. 2013 poz. 924)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Miejscowość, data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Adresat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albo podmiot sporządzający kartę wypadku (art. 57b ust. 3 ustawy o emeryturach i rentach z FUS): nazwa, adres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Składający oświadczenie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poszkodowany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członek rodziny poszkodowanego</w:t>
      </w:r>
      <w:r>
        <w:rPr>
          <w:rFonts w:ascii="Arial" w:hAnsi="Arial" w:eastAsia="Arial"/>
          <w:b w:val="0"/>
          <w:i w:val="0"/>
          <w:sz w:val="18"/>
        </w:rPr>
        <w:t xml:space="preserve"> (stopień pokrewieństwa: ....................)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świadek zdarzenia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PESEL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zamieszkania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Telefon, e-mail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Poszkodowany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wypełnia członek rodziny lub świadek: 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Stanowisko, miejsce pracy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Zawiadomienie o wypadku (§ 1 rozporządzenia)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zawiadomienia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Forma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osobiście, telefonicznie, e-mail, pismo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zawiadamiam niezwłocznie po wypadku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zawiadamiam po ustaniu przeszkód, które uniemożliwiły niezwłoczne zawiadomienie</w:t>
      </w:r>
      <w:r>
        <w:rPr>
          <w:rFonts w:ascii="Arial" w:hAnsi="Arial" w:eastAsia="Arial"/>
          <w:b w:val="0"/>
          <w:i w:val="0"/>
          <w:sz w:val="18"/>
        </w:rPr>
        <w:t xml:space="preserve"> (jakich: ................................................)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Czas i miejsce zdarzenia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wypadku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Godzina wypadku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 dniu wypadku miałem(-am) rozpocząć pracę o godz.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Zakończyłem(-am) pracę o godz.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pracy w dniu wypadku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adres budowy lub zakładu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Godzina wyjścia z domu albo z pracy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zdarzenia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adres, ulica, odcinek drogi, przystanek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Droga, na której doszło do zdarzenia (art. 57b ust. 2 ustawy o emeryturach i rentach z FUS)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 domu do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 pracy do domu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 miejsca lub z miejsca innego zatrudnienia lub innej działalności stanowiącej tytuł ubezpieczenia rentowego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 miejsca lub z miejsca zwykłego wykonywania funkcji lub zadań zawodowych albo społecznych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 miejsca lub z miejsca zwykłego spożywania posiłków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 miejsca lub z miejsca odbywania nauki lub studiów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Skąd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Dokąd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adres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Sposób przejazdu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pieszo, rower, samochód, komunikacja publiczna (linia), przewóz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Długość i zwykły czas drogi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Przebieg drogi (art. 57b ust. 1 ustawy o emeryturach i rentach z FUS)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droga była najkrótsza i nie została przerwana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droga została przerwana</w:t>
      </w:r>
      <w:r>
        <w:rPr>
          <w:rFonts w:ascii="Arial" w:hAnsi="Arial" w:eastAsia="Arial"/>
          <w:b w:val="0"/>
          <w:i w:val="0"/>
          <w:sz w:val="18"/>
        </w:rPr>
        <w:t xml:space="preserve"> (przyczyna przerwy, miejsce i czas jej trwania: opis poniżej)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droga nie była najkrótsza, ale była dla mnie najdogodniejsza ze względów komunikacyjnych</w:t>
      </w:r>
      <w:r>
        <w:rPr>
          <w:rFonts w:ascii="Arial" w:hAnsi="Arial" w:eastAsia="Arial"/>
          <w:b w:val="0"/>
          <w:i w:val="0"/>
          <w:sz w:val="18"/>
        </w:rPr>
        <w:t xml:space="preserve"> (dlaczego: opis poniżej)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Opis przerwy w drodze albo powodu wyboru innej drogi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Okoliczności zdarzenia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Co się stało, co było przyczyną zdarzenia, jakiego urazu doznałem(-am)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Czynności organów i pierwsza pomoc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policja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pogotowie ratunkowe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straż pożarna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inne: ..................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brak czynności organów        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Jednostka i numer sprawy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notatka, numer zdarzenia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Kto udzielił pierwszej pomocy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udzielono pomocy medycznej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szpital, przychodnia,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Niezdolność do pracy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zaświadczenie lekarskie od – do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Świadkowie zdarzenia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354"/>
        <w:gridCol w:w="3946"/>
        <w:gridCol w:w="1973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adres zamieszkania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telefon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354"/>
          </w:tcPr>
          <w:p/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354"/>
          </w:tcPr>
          <w:p/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354"/>
          </w:tcPr>
          <w:p/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Dołączam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zaświadczenie lekarskie lub dokumentację medyczną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notatkę lub zaświadczenie policji albo innych organów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dowody przebiegu drogi</w:t>
      </w:r>
      <w:r>
        <w:rPr>
          <w:rFonts w:ascii="Arial" w:hAnsi="Arial" w:eastAsia="Arial"/>
          <w:b w:val="0"/>
          <w:i w:val="0"/>
          <w:sz w:val="18"/>
        </w:rPr>
        <w:t xml:space="preserve"> (bilet, mapa z trasą, zdjęcia miejsca)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oświadczenia świadków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Oświadczam, że powyższe informacje są zgodne z prawdą i podaję je do ustalenia okoliczności wypadku w drodze do pracy lub z pracy w karcie wypadku.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składającego oświadczenie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Przyjął: data, imię, nazwisko, podpis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Podstawa: zawiadomienie o wypadku (§ 1 rozporządzenia), oświadczenie poszkodowanego, członka jego rodziny lub świadków co do czasu, miejsca i okoliczności zdarzenia (§ 2 pkt 1). Kartę wypadku sporządza się nie później niż w terminie 14 dni od dnia uzyskania zawiadomienia o wypadku (§ 4). Rozporządzenie nie ustala wzoru oświadczenia.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Poszkodowanego O Wypadku W Drodze Do Pracy Lub Z Pracy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