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PISEMNE POLECENIE WYKONANIA PRACY WÓZKIEM JEZDNIOWYM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prace stwarzające możliwość szczególnego zagrożenia związanego z warunkami w miejscu transportu (§ 6 rozporządzenia w sprawie BHP przy użytkowaniu wózków jezdniowych z napędem silnikowym, t.j. Dz.U. 2020 poz. 852)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Polecenie nr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§ 6 ust. 3 pkt 1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Organizator pracy i teren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Organizator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przedsiębiorca powierzający obsługę wózka (§ 2 pkt 2)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teren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część terenu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Właściciel lub użytkownik terenu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osoba uzgadniająca (§ 6 ust. 1)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Osoby odpowiedzialne za organizację i wykonanie pracy (§ 6 ust. 3 pkt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762"/>
        <w:gridCol w:w="2959"/>
        <w:gridCol w:w="2367"/>
        <w:gridCol w:w="1775"/>
      </w:tblGrid>
      <w:tr>
        <w:trPr>
          <w:cantSplit/>
        </w:trPr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 służbowe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Organizuje pracę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Nadzoruje wykonanie (§ 14)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Operator wózka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Operator i wózek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Uprawnienia operatora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nr, ważne do (§ 4 ust. 1)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Zapoznanie z instrukcją wózka, ryzykiem i IBPT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(§ 5 ust. 1)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Wózek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typ, nr fabryczny, nr UDT, udźwig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Sprawdzenie stanu technicznego przed pracą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kto (§ 7 ust. 1)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Zakres i miejsce prac (§ 6 ust. 3 pkt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pracy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ładunek, trasa, miejsce pobrania i odłożenia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Zagrożenia w miejscu transportu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podłoże o niesprawdzonej wytrzymałości, nawierzchnia lub nachylenie niezgodne z instrukcją wózka (§ 17 pkt 2–3)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podłoże niestabilne lub śliskie (§ 17 pkt 7); praca przy krawędzi wykopu, skarpy lub stropu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niewystarczające oświetlenie miejsca pracy (§ 17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linia elektroenergetyczna w pobliżu; piesi lub inne maszyny w strefie pracy wózka (§ 8 ust. 2–3)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długi, ponadgabarytowy lub mogący stwarzać zagrożenie (§ 9, § 14); inne: 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Warunki i środki ochronne, w tym środki ochrony indywidualnej (§ 6 ust. 3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strefa pracy wygrodzona i oznakowana, bez osób postronnych (§ 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nadzór na miejscu przez osobę z pkt 2 (§ 14); sygnalista lub asystujący, ustalone sygnały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dopuszczalna prędkość na trasie: ........ km/h (§ 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sprawdzenie podłoża przed wjazdem, kto: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środki ochrony indywidualnej: hełm, kamizelka ostrzegawcza, obuwie ochronne, inne: 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Terminy (§ 6 ust. 3 pkt 5)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Rozpoczęcie i zakończenie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godzina od–do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Przerwy w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godziny, warunki wznowienia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Organizator pracy: wydał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Właściciel / użytkownik terenu: uzgodnił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Operator: przyjąłem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Wykaz prac wymagających pisemnego polecenia (sporządza organizator pracy, § 6 ust.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932"/>
        <w:gridCol w:w="2762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Praca wózkiem i miejsce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Zagrożenie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Wpisano dnia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932"/>
          </w:tcPr>
          <w:p/>
        </w:tc>
        <w:tc>
          <w:tcPr>
            <w:tcW w:type="dxa" w:w="2762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932"/>
          </w:tcPr>
          <w:p/>
        </w:tc>
        <w:tc>
          <w:tcPr>
            <w:tcW w:type="dxa" w:w="2762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932"/>
          </w:tcPr>
          <w:p/>
        </w:tc>
        <w:tc>
          <w:tcPr>
            <w:tcW w:type="dxa" w:w="2762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932"/>
          </w:tcPr>
          <w:p/>
        </w:tc>
        <w:tc>
          <w:tcPr>
            <w:tcW w:type="dxa" w:w="2762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4932"/>
          </w:tcPr>
          <w:p/>
        </w:tc>
        <w:tc>
          <w:tcPr>
            <w:tcW w:type="dxa" w:w="2762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4932"/>
          </w:tcPr>
          <w:p/>
        </w:tc>
        <w:tc>
          <w:tcPr>
            <w:tcW w:type="dxa" w:w="2762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Rejestr poleceń (sposób rejestrowania i przechowywania ustala organizator pracy, § 6 ust. 5)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2170"/>
        <w:gridCol w:w="2663"/>
        <w:gridCol w:w="1282"/>
        <w:gridCol w:w="1677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wydania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Operator</w:t>
            </w:r>
          </w:p>
        </w:tc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/ miejsce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Zakończono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Przechowywać do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Przechowywać do: data zakończenia pracy plus co najmniej 3 miesiące (§ 6 ust. 4).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Zakończenie prac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Prace zakończono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uporządkowane, wózek odstawiony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Uwagi, zdarzenia, usterki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Operator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nadzorująca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Prace wykonywane przy użyciu wózka jezdniowego, stwarzające możliwość wystąpienia szczególnego zagrożenia dla zdrowia lub życia ludzkiego, związanego z warunkami panującymi w miejscu transportu, operator wózka wykonuje na podstawie pisemnego polecenia otrzymanego od organizatora pracy, uzgodnionego z właścicielem lub użytkownikiem terenu, na którym prace są wykonywane (§ 6 ust. 1). Polecenie zawiera w szczególności numer, osoby odpowiedzialne za organizację i wykonanie pracy, zakres i miejsce prac, warunki i środki ochronne, w tym środki ochrony indywidualnej, oraz terminy rozpoczęcia, zakończenia i przerw (§ 6 ust. 3). Polecenie przechowuje się nie krócej niż 3 miesiące od daty zakończenia pracy (§ 6 ust. 4).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Pisemne Polecenie Wykonania Pracy Wózkiem Jezdniowym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