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WEZWANIE INWESTORA DO ZAPŁATY WYNAGRODZENIA PODWYKONAWCY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na podstawie art. 647¹ Kodeksu cywilnego (solidarna odpowiedzialność inwestora)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Podwykonawca (wierzyciel)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firmy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KRS / CEIDG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reprezentująca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bankowy do zapłaty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Adresat i kopia pisma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 (adresat)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 wiadomości: 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podwykonawca, z którym zawarto umowę (gdy piszesz jako dalszy podwykonawca)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Umowa i podstawa odpowiedzialności inwestora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o podwykonawstwo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 umowy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 objętych wezwaniem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Inwestor odpowiada solidarnie z wykonawcą za zapłatę wynagrodzenia za roboty budowlane objęte wezwaniem, ponieważ (zaznacz):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szczegółowy przedmiot robót został zgłoszony inwestorowi na piśmie przed przystąpieniem do ich wykonywania (zgłoszenie z dnia ................, doręczone inwestorowi dnia ................), a inwestor nie złożył podwykonawcy i wykonawcy sprzeciwu w terminie (art. 647¹ § 1 i § 1¹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szczegółowy przedmiot robót wykonywanych przez podwykonawcę został określony w umowie inwestora z wykonawcą zawartej w formie pisemnej (art. 647¹ § 2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piszę jako dalszy podwykonawca; przepisy art. 647¹ § 1–4 KC stosuje się odpowiednio (art. 647¹ § 5 KC)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Wymagalne wynagrodzenie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1578"/>
        <w:gridCol w:w="1282"/>
        <w:gridCol w:w="1282"/>
        <w:gridCol w:w="1381"/>
        <w:gridCol w:w="1183"/>
        <w:gridCol w:w="1183"/>
        <w:gridCol w:w="138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nr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wystawienia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płatności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brutto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Zapłacono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Pozostało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Protokół odbioru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Łączna kwota żądana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Słownie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Wezwanie wykonawcy do zapłaty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sposób doręczenia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liczba dni od doręczenia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Treść wezwania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647¹ Kodeksu cywilnego wzywam Inwestora, jako dłużnika solidarnego wykonawcy, do zapłaty kwoty wskazanej w pkt 4 tytułem wynagrodzenia za roboty budowlane wykonane przez podwykonawcę w zakresie wskazanym w pkt 3, w terminie ........ dni od dnia doręczenia niniejszego wezwania, na rachunek bankowy wskazany w pkt 1.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Wynagrodzenie jest wymagalne. Wykonawca nie zapłacił go w terminie, mimo wezwania wskazanego w pkt 4. Zapłata dokonana przez Inwestora zwalnia wykonawcę w tej części (art. 366 § 1 KC). Według mojej wiedzy żądana kwota nie przekracza wynagrodzenia należnego wykonawcy za roboty, których szczegółowy przedmiot wynika ze zgłoszenia albo z umowy (art. 647¹ § 3 KC).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 razie braku zapłaty w wyznaczonym terminie skieruję sprawę na drogę postępowania sądowego bez dalszego wezwania. Kopię wezwania przesyłam wykonawcy.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o podwykonawstwo (kopia)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zgłoszenie robót inwestorowi wraz z dowodem doręczenia albo umowa inwestora z wykonawcą wskazująca podwykonawcę i zakres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odbioru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faktury wraz z dowodami ich doręczenia wykonawcy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wezwanie wykonawcy do zapłaty wraz z dowodem doręczenia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Doręczenie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list polecony za potwierdzeniem odbioru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osobiście, za pokwitowaniem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postaci elektronicznej, z kwalifikowanym podpisem elektronicznym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doręczenia inwestorowi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podpis lub numer przesyłki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osoby upoważnionej do reprezentowania podwykonawcy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Inwestora Do Zapłaty Wynagrodzenia Podwykonawcy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