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PLAN BEZPIECZEŃSTWA I OCHRONY ZDROWIA (PLAN BIOZ)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według § 3 rozporządzenia Ministra Infrastruktury z dnia 23 czerwca 2003 r. (Dz. U. Nr 120, poz. 1126)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Strona tytułowa (§ 3 ust. 2)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obiektu budowlanego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obiektu budowlanego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Inwestor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 lub nazwa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inwestora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Kierownik budowy sporządzający plan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kierownika budowy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Inna osoba lub podmiot sporządzający plan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jeśli dotyczy: imię i nazwisko albo nazwa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sporządzenia planu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Podpis kierownika budowy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Podstawa: art. 21a ustawy – Prawo budowlane. Plan sporządza się przed rozpoczęciem budowy, na podstawie informacji dotyczącej bezpieczeństwa i ochrony zdrowia sporządzonej przez projektanta (art. 20 ust. 1 pkt 1b), z uwzględnieniem specyfiki obiektu i warunków prowadzenia robót. Opisz rzeczywiste etapy, miejsca i terminy tej budowy.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Część opisowa (§ 3 ust. 3)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1. Zakres robót dla całego zamierzenia budowlanego oraz kolejność realizacji poszczególnych obiektów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2. Wykaz istniejących obiektów budowlanych podlegających adaptacji lub rozbiórce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3. Elementy zagospodarowania działki lub terenu, które mogą stwarzać zagrożenie bezpieczeństwa i zdrowia ludzi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np. skarpy, sieci uzbrojenia terenu, drogi, sąsiednia zabudowa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4. Informacje dotyczące przewidywanych zagrożeń występujących podczas realizacji robót budowlanych, określające skalę i rodzaje zagrożeń oraz miejsce i czas ich wystąpienia: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170"/>
        <w:gridCol w:w="2565"/>
        <w:gridCol w:w="1183"/>
        <w:gridCol w:w="1677"/>
        <w:gridCol w:w="1677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Etap / roboty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Rodzaj zagrożenia (§ 6 rozporządzenia)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Skala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Miejsce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Czas (od – do)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170"/>
          </w:tcPr>
          <w:p/>
        </w:tc>
        <w:tc>
          <w:tcPr>
            <w:tcW w:type="dxa" w:w="2565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170"/>
          </w:tcPr>
          <w:p/>
        </w:tc>
        <w:tc>
          <w:tcPr>
            <w:tcW w:type="dxa" w:w="2565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170"/>
          </w:tcPr>
          <w:p/>
        </w:tc>
        <w:tc>
          <w:tcPr>
            <w:tcW w:type="dxa" w:w="2565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170"/>
          </w:tcPr>
          <w:p/>
        </w:tc>
        <w:tc>
          <w:tcPr>
            <w:tcW w:type="dxa" w:w="2565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170"/>
          </w:tcPr>
          <w:p/>
        </w:tc>
        <w:tc>
          <w:tcPr>
            <w:tcW w:type="dxa" w:w="2565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170"/>
          </w:tcPr>
          <w:p/>
        </w:tc>
        <w:tc>
          <w:tcPr>
            <w:tcW w:type="dxa" w:w="2565"/>
          </w:tcPr>
          <w:p/>
        </w:tc>
        <w:tc>
          <w:tcPr>
            <w:tcW w:type="dxa" w:w="1183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5. Wydzielenie i oznakowanie miejsca prowadzenia robót budowlanych, stosownie do rodzaju zagrożenia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6. Sposób prowadzenia instruktażu pracowników przed przystąpieniem do realizacji robót szczególnie niebezpiecznych, w tym zasady postępowania w przypadku wystąpienia zagrożenia, środki ochrony indywidualnej i zasady bezpośredniego nadzoru: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565"/>
        <w:gridCol w:w="2565"/>
        <w:gridCol w:w="2170"/>
        <w:gridCol w:w="1973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Roboty szczególnie niebezpieczne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Zasady postępowania w przypadku zagrożenia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Wymagane środki ochrony indywidualnej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Bezpośredni nadzór (osoba)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565"/>
          </w:tcPr>
          <w:p/>
        </w:tc>
        <w:tc>
          <w:tcPr>
            <w:tcW w:type="dxa" w:w="2565"/>
          </w:tcPr>
          <w:p/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565"/>
          </w:tcPr>
          <w:p/>
        </w:tc>
        <w:tc>
          <w:tcPr>
            <w:tcW w:type="dxa" w:w="2565"/>
          </w:tcPr>
          <w:p/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565"/>
          </w:tcPr>
          <w:p/>
        </w:tc>
        <w:tc>
          <w:tcPr>
            <w:tcW w:type="dxa" w:w="2565"/>
          </w:tcPr>
          <w:p/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565"/>
          </w:tcPr>
          <w:p/>
        </w:tc>
        <w:tc>
          <w:tcPr>
            <w:tcW w:type="dxa" w:w="2565"/>
          </w:tcPr>
          <w:p/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7. Sposób przechowywania i przemieszczania materiałów, wyrobów, substancji oraz preparatów niebezpiecznych na terenie budowy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8. Środki techniczne i organizacyjne zapobiegające niebezpieczeństwom w strefach szczególnego zagrożenia zdrowia lub w ich sąsiedztwie, w tym zapewniające bezpieczną i sprawną komunikację umożliwiającą szybką ewakuację na wypadek pożaru, awarii i innych zagrożeń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9. Miejsce przechowywania dokumentacji budowy oraz dokumentów niezbędnych do prawidłowej eksploatacji maszyn i innych urządzeń technicznych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Część rysunkowa (§ 3 ust. 4)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Część rysunkową sporządza się na kopii projektu zagospodarowania działki lub terenu, jeżeli jest wymagany. Zaznacz elementy naniesione na rysunek: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czytelna legenda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oznaczenie czynników mogących stwarzać zagrożenie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rozmieszczenie urządzeń przeciwpożarowych wraz z parametrami poboru mediów, punktami czerpalnymi, zaworami odcinającymi i drogami dojazdowymi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rozmieszczenie sprzętu ratunkowego niezbędnego przy prowadzeniu robót budowlanych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rozmieszczenie i oznaczenie granic stref ochronnych, w tym stref magazynowania i składowania materiałów niebezpiecznych oraz stref pracy sprzętu zmechanizowanego i pomocniczego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rozmieszczenie placów produkcji pomocniczej, np. węzłów betoniarskich, wytwórni prefabrykatów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rozwiązania układów komunikacyjnych, transportu na potrzeby budowy oraz ogrodzenia terenu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lokalizacja pomieszczeń higieniczno-sanitarnych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rysunku / arkusza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Skala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Adnotacje o zmianach planu (§ 5)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1381"/>
        <w:gridCol w:w="2959"/>
        <w:gridCol w:w="3354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Zmieniony punkt lub rysunek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Przyczyna wprowadzenia zmiany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 kierownika budowy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  <w:tc>
          <w:tcPr>
            <w:tcW w:type="dxa" w:w="3354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  <w:tc>
          <w:tcPr>
            <w:tcW w:type="dxa" w:w="3354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  <w:tc>
          <w:tcPr>
            <w:tcW w:type="dxa" w:w="3354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  <w:tc>
          <w:tcPr>
            <w:tcW w:type="dxa" w:w="3354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Zapoznanie się z planem BIOZ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762"/>
        <w:gridCol w:w="2959"/>
        <w:gridCol w:w="1381"/>
        <w:gridCol w:w="2170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 / funkcja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762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762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762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762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762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762"/>
          </w:tcPr>
          <w:p/>
        </w:tc>
        <w:tc>
          <w:tcPr>
            <w:tcW w:type="dxa" w:w="2959"/>
          </w:tcPr>
          <w:p/>
        </w:tc>
        <w:tc>
          <w:tcPr>
            <w:tcW w:type="dxa" w:w="1381"/>
          </w:tcPr>
          <w:p/>
        </w:tc>
        <w:tc>
          <w:tcPr>
            <w:tcW w:type="dxa" w:w="2170"/>
          </w:tcPr>
          <w:p/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Bezpieczeństwa I Ochrony Zdrowia (Plan Bioz)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