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POLECENIE PRACY W GODZINACH NADLICZBOWYCH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praca ponad normy czasu pracy (art. 151 Kodeksu pracy), rekompensata (art. 151[1]–151[3] KP)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Pracodawca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nazwa, adres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Polecenie nr / data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Budowa / miejsce pracy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Kierownik wydający polecenie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funkcja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Przyczyna (art. 151 § 1 KP)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akcja ratownicza w celu ochrony życia lub zdrowia ludzkiego, ochrony mienia lub środowiska albo usunięcie awarii (pkt 1)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szczególne potrzeby pracodawcy (pkt 2), np. ciągłe betonowanie, termin odbioru, prognoza pogody, dostawa: ........................</w:t>
      </w: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Pracy w nadgodzinach ze szczególnych potrzeb pracodawcy nie zleca się na stanowiskach, na których występują przekroczenia najwyższych dopuszczalnych stężeń lub natężeń czynników szkodliwych (art. 151 § 2 KP).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Pracownicy i godziny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493"/>
        <w:gridCol w:w="2466"/>
        <w:gridCol w:w="1775"/>
        <w:gridCol w:w="1183"/>
        <w:gridCol w:w="1381"/>
        <w:gridCol w:w="986"/>
        <w:gridCol w:w="1578"/>
      </w:tblGrid>
      <w:tr>
        <w:trPr>
          <w:cantSplit/>
        </w:trPr>
        <w:tc>
          <w:tcPr>
            <w:tcW w:type="dxa" w:w="49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246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Imię i nazwisko</w:t>
            </w:r>
          </w:p>
        </w:tc>
        <w:tc>
          <w:tcPr>
            <w:tcW w:type="dxa" w:w="177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Stanowisko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Godziny od–do</w:t>
            </w:r>
          </w:p>
        </w:tc>
        <w:tc>
          <w:tcPr>
            <w:tcW w:type="dxa" w:w="98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Liczba godz.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 pracownika</w:t>
            </w:r>
          </w:p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2466"/>
          </w:tcPr>
          <w:p/>
        </w:tc>
        <w:tc>
          <w:tcPr>
            <w:tcW w:type="dxa" w:w="1775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986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2466"/>
          </w:tcPr>
          <w:p/>
        </w:tc>
        <w:tc>
          <w:tcPr>
            <w:tcW w:type="dxa" w:w="1775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986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2466"/>
          </w:tcPr>
          <w:p/>
        </w:tc>
        <w:tc>
          <w:tcPr>
            <w:tcW w:type="dxa" w:w="1775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986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2466"/>
          </w:tcPr>
          <w:p/>
        </w:tc>
        <w:tc>
          <w:tcPr>
            <w:tcW w:type="dxa" w:w="1775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986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5.</w:t>
            </w:r>
          </w:p>
        </w:tc>
        <w:tc>
          <w:tcPr>
            <w:tcW w:type="dxa" w:w="2466"/>
          </w:tcPr>
          <w:p/>
        </w:tc>
        <w:tc>
          <w:tcPr>
            <w:tcW w:type="dxa" w:w="1775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986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6.</w:t>
            </w:r>
          </w:p>
        </w:tc>
        <w:tc>
          <w:tcPr>
            <w:tcW w:type="dxa" w:w="2466"/>
          </w:tcPr>
          <w:p/>
        </w:tc>
        <w:tc>
          <w:tcPr>
            <w:tcW w:type="dxa" w:w="1775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986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7.</w:t>
            </w:r>
          </w:p>
        </w:tc>
        <w:tc>
          <w:tcPr>
            <w:tcW w:type="dxa" w:w="2466"/>
          </w:tcPr>
          <w:p/>
        </w:tc>
        <w:tc>
          <w:tcPr>
            <w:tcW w:type="dxa" w:w="1775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986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8.</w:t>
            </w:r>
          </w:p>
        </w:tc>
        <w:tc>
          <w:tcPr>
            <w:tcW w:type="dxa" w:w="2466"/>
          </w:tcPr>
          <w:p/>
        </w:tc>
        <w:tc>
          <w:tcPr>
            <w:tcW w:type="dxa" w:w="1775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986"/>
          </w:tcPr>
          <w:p/>
        </w:tc>
        <w:tc>
          <w:tcPr>
            <w:tcW w:type="dxa" w:w="157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Sprawdzenie limitów przed wydaniem polecenia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roczny limit nadgodzin ze szczególnych potrzeb: 150 godz. (art. 151 § 3 KP) albo inny z układu zbiorowego, regulaminu lub umowy o pracę (art. 151 § 4 KP): ........ godz.; wykorzystano dotąd: ........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odpoczynek dobowy co najmniej 11 godzin nieprzerwanie (art. 132 § 1 KP)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odpoczynek tygodniowy co najmniej 35 godzin (art. 133 § 1 KP)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przeciętnie do 48 godzin tygodniowo łącznie z nadgodzinami w okresie rozliczeniowym (art. 131 § 1 KP)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Rekompensata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dodatek 50% wynagrodzenia (art. 151[1] § 1 pkt 2 KP)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dodatek 100% wynagrodzenia: noc, niedziela, święto, dzień wolny za niedzielę lub święto (art. 151[1] § 1 pkt 1 KP)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czas wolny w tym samym wymiarze na wniosek pracownika z dnia ............ (art. 151[2] § 1 KP)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czas wolny bez wniosku, w wymiarze o połowę wyższym, do końca okresu rozliczeniowego (art. 151[2] § 2 KP)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praca w dniu wolnym z rozkładu (np. sobota): inny dzień wolny w terminie ............ (art. 151[3] KP)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Potwierdzenie wykonania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493"/>
        <w:gridCol w:w="2959"/>
        <w:gridCol w:w="2466"/>
        <w:gridCol w:w="2466"/>
        <w:gridCol w:w="1479"/>
      </w:tblGrid>
      <w:tr>
        <w:trPr>
          <w:cantSplit/>
        </w:trPr>
        <w:tc>
          <w:tcPr>
            <w:tcW w:type="dxa" w:w="49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295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Pracownik</w:t>
            </w:r>
          </w:p>
        </w:tc>
        <w:tc>
          <w:tcPr>
            <w:tcW w:type="dxa" w:w="246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Faktycznie przepracowane godziny</w:t>
            </w:r>
          </w:p>
        </w:tc>
        <w:tc>
          <w:tcPr>
            <w:tcW w:type="dxa" w:w="246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Uwagi</w:t>
            </w:r>
          </w:p>
        </w:tc>
        <w:tc>
          <w:tcPr>
            <w:tcW w:type="dxa" w:w="147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Potwierdził</w:t>
            </w:r>
          </w:p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2959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1479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2959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1479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2959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1479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2959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1479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W w:type="auto" w:w="0"/>
        <w:jc w:val="center"/>
        <w:tblLayout w:type="fixed"/>
        <w:tblLayout w:type="fixed"/>
        <w:tblCellMar>
          <w:top w:w="20" w:type="dxa"/>
          <w:left w:w="40" w:type="dxa"/>
          <w:bottom w:w="20" w:type="dxa"/>
          <w:right w:w="40" w:type="dxa"/>
        </w:tblCellMar>
        <w:tblLook w:firstColumn="1" w:firstRow="1" w:lastColumn="0" w:lastRow="0" w:noHBand="0" w:noVBand="1" w:val="04A0"/>
      </w:tblPr>
      <w:tblGrid>
        <w:gridCol w:w="4706"/>
        <w:gridCol w:w="453"/>
        <w:gridCol w:w="4706"/>
      </w:tblGrid>
      <w:tr>
        <w:trPr>
          <w:trHeight w:val="850" w:hRule="atLeast"/>
          <w:cantSplit/>
        </w:trPr>
        <w:tc>
          <w:tcPr>
            <w:tcW w:type="dxa" w:w="4706"/>
          </w:tcPr>
          <w:p/>
        </w:tc>
        <w:tc>
          <w:tcPr>
            <w:tcW w:type="dxa" w:w="453"/>
          </w:tcPr>
          <w:p/>
        </w:tc>
        <w:tc>
          <w:tcPr>
            <w:tcW w:type="dxa" w:w="4706"/>
          </w:tcPr>
          <w:p/>
        </w:tc>
      </w:tr>
      <w:tr>
        <w:trPr>
          <w:cantSplit/>
        </w:trPr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Wydający polecenie (data, podpis)</w:t>
            </w:r>
          </w:p>
        </w:tc>
        <w:tc>
          <w:tcPr>
            <w:tcW w:type="dxa" w:w="453"/>
          </w:tcPr>
          <w:p/>
        </w:tc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Przyjęto do ewidencji czasu pracy (data, podpis)</w:t>
            </w:r>
          </w:p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Praca wykonywana ponad obowiązujące pracownika normy czasu pracy, a także praca ponad przedłużony dobowy wymiar czasu pracy, stanowi pracę w godzinach nadliczbowych i jest dopuszczalna w razie konieczności prowadzenia akcji ratowniczej albo usunięcia awarii oraz szczególnych potrzeb pracodawcy (art. 151 § 1 KP). Liczba godzin nadliczbowych ze szczególnych potrzeb pracodawcy nie może przekroczyć dla pracownika 150 godzin w roku kalendarzowym, chyba że układ zbiorowy, regulamin pracy albo, u pracodawcy nieobjętego układem i niemającego obowiązku ustalenia regulaminu, umowa o pracę ustala inną liczbę (art. 151 § 3 i 4 KP). Pracodawca prowadzi ewidencję czasu pracy pracownika (art. 149 § 1 KP).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Polecenie Pracy W Godzinach Nadliczbowych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