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POLECENIE WYJAZDU SŁUŻBOWEGO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podróż służbowa na obszarze kraju (art. 77⁵ Kodeksu pracy) z rozliczeniem kosztów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Polecenie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 wystawienia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 i pracownik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 siedziby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Pracownik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pracy z umowy o pracę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art. 29 § 1 pkt 2 KP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Zadanie i termin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Cel wyjazdu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zadanie służbowe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zadania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budowa, adres, miejscowość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Wyjazd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godzina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Powrót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godzina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rozpoczęcia podróży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§ 6 rozporządzenia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zakończenia podróży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§ 6 rozporządzenia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Środek transportu (określa pracodawca, § 3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samochód służbowy, nr rejestracyjny: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pociąg / autobus, klasa: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samochód prywatny na wniosek pracownika (§ 3 ust. 3): nr rej. ................, stawka za 1 km ustalona przez pracodawcę: ........ zł (§ 3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inny: 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Nocleg i wyżywienie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nocleg zapewniony bezpłatnie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hotel według rachunku, limit za dobę hotelową: ........ zł (§ 8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ryczałt za nocleg bez rachunku (§ 8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możliwy codzienny powrót do miejsca zamieszkania: bez zwrotu za nocleg (§ 8 ust.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posiłki zapewnione bezpłatnie: śniadanie / obiad / kolacja (§ 7 ust. 4)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rozliczenia i zaliczka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układ zbiorowy pracy / regulamin wynagradzania / umowa o pracę (art. 77⁵ § 3 KP); dieta: ........ zł za dobę, nie mniej niż dieta krajowa z rozporządzenia (art. 77⁵ § 4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rozporządzenie MPiPS z 29.01.2013 (t.j. Dz.U. 2023 poz. 2190), bo brak własnych postanowień (art. 77⁵ § 5 KP)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Zaliczka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kwota, na wniosek pracownika (§ 11)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Wypłacono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sposób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Pracodawca lub osoba upoważniona (podpis)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Pracownik: przyjąłem polecenie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Rozliczenie: przebieg podróży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874"/>
        <w:gridCol w:w="986"/>
        <w:gridCol w:w="789"/>
        <w:gridCol w:w="1874"/>
        <w:gridCol w:w="986"/>
        <w:gridCol w:w="789"/>
        <w:gridCol w:w="1381"/>
        <w:gridCol w:w="1183"/>
      </w:tblGrid>
      <w:tr>
        <w:trPr>
          <w:cantSplit/>
        </w:trPr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Wyjazd z (miejscowość)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Godz.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Przyjazd do (miejscowość)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Godz.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Środek transportu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Koszt zł</w:t>
            </w:r>
          </w:p>
        </w:tc>
      </w:tr>
      <w:tr>
        <w:trPr>
          <w:trHeight w:val="481" w:hRule="atLeast"/>
          <w:cantSplit/>
        </w:trPr>
        <w:tc>
          <w:tcPr>
            <w:tcW w:type="dxa" w:w="1874"/>
          </w:tcPr>
          <w:p/>
        </w:tc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1874"/>
          </w:tcPr>
          <w:p/>
        </w:tc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1874"/>
          </w:tcPr>
          <w:p/>
        </w:tc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1874"/>
          </w:tcPr>
          <w:p/>
        </w:tc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1874"/>
          </w:tcPr>
          <w:p/>
        </w:tc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1874"/>
          </w:tcPr>
          <w:p/>
        </w:tc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1874"/>
          </w:tcPr>
          <w:p/>
        </w:tc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1874"/>
          </w:tcPr>
          <w:p/>
        </w:tc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Rozliczenie: należności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327"/>
        <w:gridCol w:w="1183"/>
        <w:gridCol w:w="1578"/>
        <w:gridCol w:w="1775"/>
      </w:tblGrid>
      <w:tr>
        <w:trPr>
          <w:cantSplit/>
        </w:trPr>
        <w:tc>
          <w:tcPr>
            <w:tcW w:type="dxa" w:w="532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Pozycja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Liczba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Stawka zł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zł</w:t>
            </w:r>
          </w:p>
        </w:tc>
      </w:tr>
      <w:tr>
        <w:trPr>
          <w:trHeight w:val="481" w:hRule="atLeast"/>
          <w:cantSplit/>
        </w:trPr>
        <w:tc>
          <w:tcPr>
            <w:tcW w:type="dxa" w:w="5327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Diety za pełne doby</w:t>
            </w:r>
          </w:p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327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Diety za niepełne doby (50% albo 100%, § 7 ust. 2)</w:t>
            </w:r>
          </w:p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327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Zmniejszenie za posiłki: śniadanie 25%, obiad 50%, kolacja 25% (§ 7 ust. 4)</w:t>
            </w:r>
          </w:p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327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Noclegi według rachunków (§ 8 ust. 1)</w:t>
            </w:r>
          </w:p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327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Ryczałt za noclegi bez rachunku: 150% diety (§ 8 ust. 3)</w:t>
            </w:r>
          </w:p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327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Ryczałt na komunikację miejscową: 20% diety za dobę (§ 9)</w:t>
            </w:r>
          </w:p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327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Przejazdy: bilety, kilometrówka (§ 3)</w:t>
            </w:r>
          </w:p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327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Inne wydatki: parking, autostrada, bagaż (§ 4)</w:t>
            </w:r>
          </w:p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327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RAZEM</w:t>
            </w:r>
          </w:p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327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Pobrana zaliczka</w:t>
            </w:r>
          </w:p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327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Do wypłaty / do zwrotu</w:t>
            </w:r>
          </w:p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Dieta krajowa według rozporządzenia: 45 zł za dobę (§ 7 ust. 1). Podróż do 1 doby: poniżej 8 godz. dieta nie przysługuje, 8–12 godz. 50%, ponad 12 godz. 100%. Podróż dłuższa: za każdą dobę 100%, za rozpoczętą dobę do 8 godz. 50%, ponad 8 godz. 100% (§ 7 ust. 2). Ryczałt za nocleg przysługuje, jeżeli nocleg trwa co najmniej 6 godzin między 21 a 7 (§ 8 ust. 4). Przy podróży co najmniej 10 dni przysługuje zwrot przejazdu do domu i z powrotem w dniu wolnym od pracy (§ 10).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Załączniki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liczba rachunków, faktur, biletów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Oświadczenie o braku dokumentu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czego dotyczy (§ 5 ust. 2)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Pracownik: rozliczenie złożono (data, podpis)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Sprawdzono (data, podpis)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Zatwierdzono do wypłaty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Pracownikowi wykonującemu na polecenie pracodawcy zadanie służbowe poza miejscowością, w której znajduje się siedziba pracodawcy, lub poza stałym miejscem pracy przysługują należności na pokrycie kosztów podróży (art. 77⁵ § 1 KP). Pracownik rozlicza koszty nie później niż w 14 dni od zakończenia podróży i załącza rachunki, faktury lub bilety; nie dotyczy to diet i ryczałtów (§ 5 ust. 1 i 2 rozporządzenia).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Polecenie Wyjazdu Służbowego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