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SZCZEGÓŁOWY PROGRAM INSTRUKTAŻU OGÓLNEGO BHP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szkolenie wstępne ogólne (§ 7–10 i zał. nr 1 cz. I rozporządzenia w sprawie szkolenia w dziedzinie BHP, t.j. Dz.U. 2024 poz. 1327 ze zm.)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Metryka programu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Program nr / wersja / obowiązuje od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Grupa stanowisk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stanowiska robotnicze na budowie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Forma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instruktaż (§ 8 pkt 1)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 instruktaż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Zaświadczenie o szkoleniu BHP prowadzącego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 (§ 10 ust. 2)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Cel: zaznajomienie pracownika z podstawowymi przepisami BHP z Kodeksu pracy, układów zbiorowych lub regulaminów pracy, z przepisami i zasadami BHP obowiązującymi w zakładzie pracy oraz z zasadami udzielania pierwszej pomocy w razie wypadku (§ 9 ust. 1). Uczestnicy: wszystkie osoby, które rozpoczynają pracę w zakładzie, przed rozpoczęciem pracy (zał. nr 1 cz. I pkt 2 i 3).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Tematy szkolenia (ramowy program: zał. nr 1 cz. I pkt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3946"/>
        <w:gridCol w:w="887"/>
        <w:gridCol w:w="1677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 i temat z ramowego programu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dla naszej firmy (budowa)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Środki dydaktyczne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 Istota bezpieczeństwa i higieny pracy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 Obowiązki i uprawnienia pracodawcy, pracowników, komórek i organizacji społecznych w zakresie BHP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 Odpowiedzialność za naruszenie przepisów lub zasad BHP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 Zasady poruszania się na terenie zakładu pracy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 Zagrożenia wypadkowe i dla zdrowia w zakładzie, podstawowe środki zapobiegawcze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 Zasady BHP przy obsłudze urządzeń technicznych i w transporcie wewnątrzzakładowym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 Przydział odzieży i obuwia roboczego oraz środków ochrony indywidualnej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 Porządek i czystość w miejscu pracy, wpływ na zdrowie i bezpieczeństwo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 Profilaktyczna opieka lekarska w odniesieniu do stanowiska instruowanego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 Ochrona przeciwpożarowa i postępowanie w razie pożaru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 Postępowanie w razie wypadku, organizacja i zasady udzielania pierwszej pomocy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Razem (minimum 3 godziny lekcyjne po 45 min)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Liczba godzin w ramowym programie: tematy 1–3 łącznie 0,6; tematy 4–5 łącznie 0,5; temat 6: 0,4; tematy 7–9 łącznie 0,5; tematy 10–11 łącznie 1; razem minimum 3 godziny lekcyjne. Podczas szkolenia stosuje się środki dydaktyczne, w szczególności filmy, tablice, folie do wyświetlania informacji, środki do udzielania pierwszej pomocy (zał. nr 1 cz. I pkt 3).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Temat dodatkowy dla osób podejmujących po raz pierwszy pracę związaną z kierowaniem pracownikami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Obowiązki i odpowiedzialność w zakresie BHP (np. brygadzista, mistrz): zakres i czas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przypis *) do zał. nr 1 cz. 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Rejestr przeprowadzonych instruktaży (pomocniczo)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183"/>
        <w:gridCol w:w="2762"/>
        <w:gridCol w:w="1973"/>
        <w:gridCol w:w="1973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 uczestnika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Prowadzący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Karta szkol. wstępnego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1183"/>
          </w:tcPr>
          <w:p/>
        </w:tc>
        <w:tc>
          <w:tcPr>
            <w:tcW w:type="dxa" w:w="2762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Odbycie instruktażu ogólnego pracownik potwierdza w karcie szkolenia wstępnego w postaci papierowej albo elektronicznej; przy postaci elektronicznej pracodawca robi adnotację w karcie i dołącza dokument elektroniczny lub jego odwzorowanie; kartę przechowuje się w aktach osobowych (§ 12 ust. 1–3 w brzmieniu z Dz.U. 2025 poz. 1640). Rejestr powyżej nie zastępuje karty.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Zmiany programu (§ 7 ust. 2 i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5524"/>
        <w:gridCol w:w="1578"/>
        <w:gridCol w:w="1381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524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524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524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Programy szkolenia wstępnego, określające szczegółową tematykę, formy realizacji i czas trwania, opracowuje pracodawca lub w porozumieniu z nim jednostka szkoleniowa, na podstawie ramowych programów; program dostosowuje się do rodzajów i warunków prac uczestników, a programy, na podstawie których prowadzono aktualne szkolenia, pracodawca przechowuje (§ 7 ust. 1–3). Instruktaż ogólny prowadzi pracownik służby BHP, osoba wykonująca zadania tej służby, pracodawca wykonujący te zadania sam albo wyznaczony pracownik z aktualnym zaświadczeniem o ukończeniu wymaganego szkolenia BHP (§ 10 ust. 2).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 pracodawca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Program Instruktażu Ogólnego Bhp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