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SZCZEGÓŁOWY PROGRAM INSTRUKTAŻU STANOWISKOWEGO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opracowany przez pracodawcę na podstawie ramowego programu z części II załącznika nr 1 do rozporządzenia w sprawie szkolenia w dziedzinie BHP (§ 7)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Stanowisko pracy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robotnik budowlany, monter rusztowań, operator koparki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Miejsce pracy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budowa, strefa, rodzaj robót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Opracował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Zatwierdził (pracodawca)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data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Wersja programu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opracowania lub aktualizacji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Cel instruktażu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Uzyskanie przez pracownika: a) informacji o czynnikach środowiska pracy na stanowisku i w jego bezpośrednim otoczeniu oraz o ryzyku zawodowym; b) wiedzy i umiejętności ochrony przed zagrożeniami wypadkowymi i zagrożeniami dla zdrowia w warunkach normalnej pracy i awaryjnych; c) wiedzy i praktycznych umiejętności bezpiecznego wykonywania powierzonej pracy (ramowy program, cz. II pkt 1).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Uczestnicy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pracownik nowo zatrudniany na stanowisku robotniczym lub innym z narażeniem na czynniki szkodliwe, uciążliwe lub niebezpieczne (§ 11 ust. 1 pkt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pracownik przenoszony na takie stanowisko (§ 11 ust. 1 pkt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pracownik po zmianie warunków techniczno-organizacyjnych na stanowisku: technologia, organizacja stanowisk, nowe substancje, maszyny lub narzędzia (§ 11 ust.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uczeń na praktycznej nauce zawodu, student na praktyce (§ 11 ust. 1 pkt 3)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Sposób prowadzenia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Instruktaż prowadzi się na stanowisku, na którym pracownik będzie zatrudniony, według niniejszego programu. Etapy (cz. II pkt 3):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rozmowa wstępna instruktora z pracownikiem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pokaz i objaśnienie przez instruktora całego procesu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próbne wykonanie pracy przez pracownika, z korygowaniem przez instruktora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samodzielna praca pracownika pod nadzorem instruktora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sprawdzenie i ocena sposobu wykonywania pracy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Dane stanowiska do omówienia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Zagrożenia i wyniki oceny ryzyka zawodowego</w:t>
            </w: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 xml:space="preserve">  numer i data karty oceny ryzyka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Maszyny, urządzenia i narzędzia</w:t>
            </w: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 xml:space="preserve">  z instrukcjami producenta (DTR) i wymaganymi uprawnieniami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Środki ochrony zbiorowej i indywidualnej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Instrukcje i dokumenty</w:t>
            </w: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 xml:space="preserve">  IBWR, instrukcje stanowiskowe, plan BIOZ w części dotyczącej stanowiska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Tematyka i czas trwania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Liczba godzin w nawiasach to minimum z ramowego programu dla osób z § 11 ust. 1 (razem minimum 8 godzin lekcyjnych po 45 minut). Dla stanowisk administracyjno-biurowych z czynnikami uciążliwymi minimum wynosi 2 godziny. Czas zależy od przygotowania zawodowego, stażu i zagrożeń (§ 11 ust. 4).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3946"/>
        <w:gridCol w:w="3749"/>
        <w:gridCol w:w="789"/>
        <w:gridCol w:w="1381"/>
      </w:tblGrid>
      <w:tr>
        <w:trPr>
          <w:cantSplit/>
        </w:trPr>
        <w:tc>
          <w:tcPr>
            <w:tcW w:type="dxa" w:w="394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Temat (minimum godzin)</w:t>
            </w:r>
          </w:p>
        </w:tc>
        <w:tc>
          <w:tcPr>
            <w:tcW w:type="dxa" w:w="374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Treść dla tego stanowiska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Godz.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Prowadzący</w:t>
            </w:r>
          </w:p>
        </w:tc>
      </w:tr>
      <w:tr>
        <w:trPr>
          <w:trHeight w:val="481" w:hRule="atLeast"/>
          <w:cantSplit/>
        </w:trPr>
        <w:tc>
          <w:tcPr>
            <w:tcW w:type="dxa" w:w="394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 Przygotowanie pracownika: warunki pracy, czynniki i zagrożenia, wyniki oceny ryzyka, postępowanie przy wypadku lub awarii, przygotowanie stanowiska (2)</w:t>
            </w:r>
          </w:p>
        </w:tc>
        <w:tc>
          <w:tcPr>
            <w:tcW w:type="dxa" w:w="3749"/>
          </w:tcPr>
          <w:p/>
        </w:tc>
        <w:tc>
          <w:tcPr>
            <w:tcW w:type="dxa" w:w="789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394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 Pokaz sposobu wykonywania pracy zgodnie z przepisami i zasadami BHP, czynności trudne i niebezpieczne (0,5)</w:t>
            </w:r>
          </w:p>
        </w:tc>
        <w:tc>
          <w:tcPr>
            <w:tcW w:type="dxa" w:w="3749"/>
          </w:tcPr>
          <w:p/>
        </w:tc>
        <w:tc>
          <w:tcPr>
            <w:tcW w:type="dxa" w:w="789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394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 Próbne wykonanie zadania przez pracownika pod kontrolą instruktora (0,5)</w:t>
            </w:r>
          </w:p>
        </w:tc>
        <w:tc>
          <w:tcPr>
            <w:tcW w:type="dxa" w:w="3749"/>
          </w:tcPr>
          <w:p/>
        </w:tc>
        <w:tc>
          <w:tcPr>
            <w:tcW w:type="dxa" w:w="789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394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 Samodzielna praca pracownika pod nadzorem instruktora (4)</w:t>
            </w:r>
          </w:p>
        </w:tc>
        <w:tc>
          <w:tcPr>
            <w:tcW w:type="dxa" w:w="3749"/>
          </w:tcPr>
          <w:p/>
        </w:tc>
        <w:tc>
          <w:tcPr>
            <w:tcW w:type="dxa" w:w="789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394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 Omówienie i ocena przebiegu pracy (1)</w:t>
            </w:r>
          </w:p>
        </w:tc>
        <w:tc>
          <w:tcPr>
            <w:tcW w:type="dxa" w:w="3749"/>
          </w:tcPr>
          <w:p/>
        </w:tc>
        <w:tc>
          <w:tcPr>
            <w:tcW w:type="dxa" w:w="789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394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Razem (minimum 8)</w:t>
            </w:r>
          </w:p>
        </w:tc>
        <w:tc>
          <w:tcPr>
            <w:tcW w:type="dxa" w:w="3749"/>
          </w:tcPr>
          <w:p/>
        </w:tc>
        <w:tc>
          <w:tcPr>
            <w:tcW w:type="dxa" w:w="789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Sprawdzian wiedzy i umiejętności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Instruktaż stanowiskowy kończy się sprawdzianem wiedzy i umiejętności, który jest podstawą dopuszczenia pracownika do pracy na stanowisku (§ 11 ust. 6).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Forma sprawdzianu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pytania, wykonanie zadania pod obserwacją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Kryteria zaliczenia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Kto przeprowadza sprawdzian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Gdzie odnotować wynik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karta szkolenia wstępnego, pole dopuszczenia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Instruktaż stanowiskowy przeprowadza wyznaczona osoba kierująca pracownikami lub pracodawca, jeżeli mają odpowiednie kwalifikacje i doświadczenie zawodowe oraz są przeszkoleni w metodach prowadzenia instruktażu stanowiskowego (§ 11 ust. 5). Odbycie instruktażu i dopuszczenie do pracy potwierdza się w karcie szkolenia wstępnego, w postaci papierowej lub elektronicznej (§ 12). Programy, na podstawie których prowadzono aktualne szkolenia, przechowuje pracodawca (§ 7 ust. 3).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Opracował (podpis)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Zatwierdził: pracodawca (podpis)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Przykład: robotnik budowlany na budowie kubaturowej (do weryfikacji i dostosowania)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Przykład pokazuje sposób wypełnienia. Zagrożenia, środki i czas instruktażu ustal na podstawie oceny ryzyka zawodowego i rzeczywistych warunków na budowie.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1. Przygotowanie (2 godz.): organizacja strefy robót, drogi, składowiska i zaplecze; zagrożenia z oceny ryzyka: upadek z wysokości i na tym samym poziomie, przysypanie w wykopie, uderzenie przez maszyny i przenoszone ładunki, porażenie prądem z elektronarzędzi, hałas i pył, ręczne przenoszenie ciężarów; środki ochrony zbiorowej i indywidualnej; postępowanie przy wypadku, awarii i ewakuacji; przygotowanie narzędzi i stanowiska.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2. Pokaz (0,5 godz.): praca na rusztowaniu i przy zabezpieczonej krawędzi stropu, podawanie i składowanie materiałów, kontrola elektronarzędzi i przedłużaczy przed pracą.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3. Próbne wykonanie (0,5 godz.): pracownik wykonuje pokazane czynności, instruktor koryguje sposób pracy.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4. Praca pod nadzorem (4 godz.): praca w brygadzie przy bieżących robotach, pod nadzorem instruktora.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5. Ocena (1 godz.): omówienie błędów, pytania kontrolne, sprawdzian i wpis do karty szkolenia wstępnego.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Wzór pomocniczy, dostosuj do swojej umowy i stanu faktycznego; nie jest poradą prawną.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Szczegółowy Program Instruktażu Stanowiskowego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