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SZCZEGÓŁOWY PROGRAM SZKOLENIA OKRESOWEGO BHP PRACODAWCÓW I INNYCH OSÓB KIERUJĄCYCH PRACOWNIKAMI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7, § 14–16 i zał. nr 1 cz. IV rozporządzenia w sprawie szkolenia w dziedzinie BHP (t.j. Dz.U. 2024 poz. 1327 ze zm.)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Metryka programu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Organizator szkolenia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albo jednostka szkoleniowa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Program nr / wersja / obowiązuje od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Uzgodniono z pracodawcą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data (§ 7 ust. 1)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Wykładowcy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imiona, nazwiska, przygotowanie dydaktyczne (§ 5 pkt 3)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zajęć lub platforma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Uczestnicy (zał. nr 1 cz. IV pkt 2, § 14 ust. 2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pracodawcy, w tym osoby kierujące spółkami i zakładami prywatnymi (szkolenie prowadzi jednostka szkoleniowa, § 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osoby kierujące pracownikami: kierownik budowy, kierownik robót, mistrz, brygadzista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kierownicy wydziałów i innych komórek organizacyjnych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Forma i terminy (§ 15 ust. 2 i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kurs (nie krócej niż 15 godzin lekcyjnych, § 1a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seminarium (nie krócej niż 5 godzin lekcyjnych, § 1a pkt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samokształcenie kierowane: materiały organizatora i konsultacje z osobami spełniającymi wymagania dla wykładowców (§ 1a pkt 5)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Szkolenie okresowe tej grupy przeprowadza się nie rzadziej niż raz na 5 lat (§ 15 ust. 2). Pierwsze szkolenie okresowe przeprowadza się w okresie do 6 miesięcy od rozpoczęcia pracy na stanowisku (§ 15 ust. 4). Cel: aktualizacja i uzupełnienie wiedzy i umiejętności w szczególności z zakresu oceny zagrożeń w procesach pracy i ryzyka, kształtowania bezpiecznych i higienicznych warunków pracy oraz ochrony pracowników przed zagrożeniami (zał. nr 1 cz. IV pkt 1).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Tematy szkolenia (ramowy program: zał. nr 1 cz. IV pkt 4)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3354"/>
        <w:gridCol w:w="789"/>
        <w:gridCol w:w="1775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 i temat z ramowego programu (godz. w programie ramowym)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dla budowy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Godz.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Forma, materiały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 Wybrane regulacje prawa pracy dotyczące BHP (aktualne przepisy, obowiązki i odpowiedzialność, ochrona pracy kobiet i młodocianych, profilaktyczna opieka zdrowotna, szkolenie BHP, nadzór i kontrola warunków pracy, interpretacja przepisów) (3)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 Identyfikacja, analiza i ocena zagrożeń czynnikami szkodliwymi, uciążliwymi i niebezpiecznymi oraz ocena ryzyka (3)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 Organizacja i metody kształtowania bezpiecznych warunków pracy, stanowiska z monitorami ekranowymi, zarządzanie BHP (3)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 Analiza okoliczności i przyczyn wypadków przy pracy i chorób zawodowych, zwłaszcza wypadków z niewłaściwej organizacji pracy, profilaktyka (2)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 Organizacja i metodyka szkolenia BHP (z metodami prowadzenia instruktażu stanowiskowego), kształtowanie bezpiecznych zachowań (2)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 Postępowanie w razie wypadku i w sytuacjach zagrożeń (np. pożaru, awarii), zasady udzielania pierwszej pomocy (1)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 Skutki ekonomiczne niewłaściwych warunków pracy (np. świadczenia, składka na ubezpieczenia społeczne) (1)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 Ochrona przeciwpożarowa i ochrona środowiska naturalnego (1)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Razem: minimum 16 godzin lekcyjnych po 45 minut</w:t>
            </w:r>
          </w:p>
        </w:tc>
        <w:tc>
          <w:tcPr>
            <w:tcW w:type="dxa" w:w="3354"/>
          </w:tcPr>
          <w:p/>
        </w:tc>
        <w:tc>
          <w:tcPr>
            <w:tcW w:type="dxa" w:w="789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Środki dydaktyczne i materiały (zał. nr 1 cz. IV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filmy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folie lub prezentacje do wyświetlania informacji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tablice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samokształceniu kierowanym: skrypty, przepisy prawne, zestawy pytań kontrolnych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Przykłady z budowy do omówienia (temat 4 i 5)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wypadek przy rusztowaniu, instruktaż stanowiskowy nowego zbrojarza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Uczestnicy z budowy i terminy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367"/>
        <w:gridCol w:w="2367"/>
        <w:gridCol w:w="1578"/>
        <w:gridCol w:w="1578"/>
        <w:gridCol w:w="138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 (kierownik budowy, robót, mistrz)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Początek pracy na stanowisku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Pierwsze szkolenie do (6 mies.)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zaświadczenia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Egzamin i zaświadczenie (§ 16)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Komisja egzaminacyjna powołana przez organizatora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imiona, nazwiska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przebiegu egzaminu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 (§ 5 pkt 6)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Zaświadczenie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wzór z zał. nr 3, numer wg rejestru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Odpis zaświadczenia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 aktach osobowych uczestnika (§ 16 ust. 3)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Szkolenie okresowe kończy się egzaminem sprawdzającym przyswojenie wiedzy objętej programem oraz umiejętności organizowania pracy zgodnie z przepisami i zasadami BHP, przed komisją powołaną przez organizatora (§ 16 ust. 1 i 2). Szkolenie osób będących pracodawcami prowadzą jednostki organizacyjne prowadzące działalność szkoleniową w dziedzinie BHP (§ 4 ust. 2). Z pierwszego szkolenia okresowego może być zwolniona osoba z aktualnym zaświadczeniem od innego pracodawcy lub ze szkoleniem dla innej grupy stanowisk o wymaganym zakresie (§ 15 ust. 5).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Zmiany programu (§ 7 ust.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5524"/>
        <w:gridCol w:w="1578"/>
        <w:gridCol w:w="1381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5524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5524"/>
          </w:tcPr>
          <w:p/>
        </w:tc>
        <w:tc>
          <w:tcPr>
            <w:tcW w:type="dxa" w:w="1578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Opracował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Zatwierdził organizator (data, 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Program Szkolenia Okresowego Bhp Pracodawców I Innych Osób Kierujących Pracownikami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