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SZCZEGÓŁOWY PROGRAM SZKOLENIA OKRESOWEGO BHP PRACOWNIKÓW ADMINISTRACYJNO-BIUROWYCH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7, § 14–16 i zał. nr 1 cz. VIII rozporządzenia w sprawie szkolenia w dziedzinie BHP (t.j. Dz.U. 2024 poz. 1327 ze zm.), art. 237³ KP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Metryka programu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Program nr / wersja / obowiązuje od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Organizator szkolenia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albo jednostka szkoleniowa (§ 4 ust.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przygotowanie dydaktyczne (§ 5 pkt 3)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Konsultacja z pracownikami (§ 15 ust. 3)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forma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zajęć lub platforma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 szkolenia (art. 237³ § 2²–2⁴ KP)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Szkolenia okresowego pracownika na stanowisku administracyjno-biurowym nie wymaga się, gdy rodzaj przeważającej działalności pracodawcy należy do grupy działalności o kategorii ryzyka niewyższej niż trzecia, chyba że z oceny ryzyka zawodowego wynika, że szkolenie jest konieczne (art. 237³ § 2²). Gdy kategoria dla grupy zostanie ustalona jako wyższa niż trzecia albo ocena ryzyka wykaże konieczność szkolenia, odbywa się ono w terminie nie dłuższym niż 6 miesięcy od ustalenia kategorii albo od oceny (art. 237³ § 2³ i 2⁴).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Grupa działalności z PKD w REGON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Kategoria ryzyka grupy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kategoria ryzyka grupy jest wyższa niż trzecia: szkolenie jest wymagane (art. 237³ § 2³), termin do 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ocena ryzyka zawodowego z dnia ................ wykazała, że szkolenie jest konieczne (art. 237³ § 2⁴), termin do 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kategoria nie jest wyższa niż trzecia i ocena ryzyka nie wskazuje konieczności: szkolenie nie jest wymagane, pracodawca prowadzi je dobrowolnie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wykonuje pracę zdalną: art. 237³ § 2² się nie stosuje (art. 67³¹ § 3), szkolenie jest wymagane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stanowisko z § 14 ust. 2 pkt 6 (narażenie na czynniki szkodliwe, uciążliwe lub niebezpieczne albo odpowiedzialność w zakresie BHP): szkolenie wymagane niezależnie od kategorii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Stanowiska i terminy (§ 15 ust. 2 i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058"/>
        <w:gridCol w:w="1578"/>
        <w:gridCol w:w="1578"/>
        <w:gridCol w:w="1479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05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Stanowisko, imię i nazwisko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Początek pracy na stanowisku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Pierwsze szkolenie do (12 mies.)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Ostatnie szkolenie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Następne do (6 lat)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05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05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05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05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05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05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Szkolenie okresowe pracowników na stanowiskach administracyjno-biurowych przeprowadza się w formie kursu, seminarium lub samokształcenia kierowanego nie rzadziej niż raz na 6 lat (§ 15 ust. 2). Pierwsze szkolenie okresowe przeprowadza się w okresie do 12 miesięcy od rozpoczęcia pracy na stanowisku (§ 15 ust. 4). Częstotliwość i czas trwania pracodawca ustala po konsultacji z pracownikami lub ich przedstawicielami (§ 15 ust. 3).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Forma szkolenia (zał. nr 1 cz. VIII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seminarium (nie krócej niż 5 godzin lekcyjnych, § 1a 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kurs (nie krócej niż 15 godzin lekcyjnych, zajęcia teoretyczne i praktyczne, § 1a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samokształcenie kierowane: materiały od organizatora, np. skrypty, przepisy, zestawy pytań kontrolnych, i konsultacje z wykładowcą (§ 1a pkt 5)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Tematy szkolenia (ramowy program: zał. nr 1 cz. VIII pkt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3354"/>
        <w:gridCol w:w="789"/>
        <w:gridCol w:w="1775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 i temat z ramowego programu (godz. w programie ramowym)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dla naszego biura i budowy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Metoda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Wybrane regulacje prawne z zakresu prawa pracy dotyczące BHP: prawa i obowiązki pracowników i pracodawców oraz odpowiedzialność, ochrona pracy kobiet i młodocianych, wypadki przy pracy i choroby zawodowe oraz świadczenia, profilaktyczna ochrona zdrowia (2)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Postęp w zakresie oceny zagrożeń czynnikami występującymi w procesach pracy oraz metod ochrony przed zagrożeniami dla zdrowia i życia pracowników (2)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Problemy związane z organizacją stanowisk pracy biurowej z uwzględnieniem zasad ergonomii, w tym stanowisk z monitorami ekranowymi i innymi urządzeniami biurowymi (2)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Postępowanie w razie wypadków i w sytuacjach zagrożeń (np. pożaru, awarii), w tym zasady udzielania pierwszej pomocy (2)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Razem: minimum 8 godzin lekcyjnych po 45 minut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Cel szkolenia: aktualizacja i uzupełnienie wiedzy i umiejętności w szczególności z zakresu oceny zagrożeń związanych z wykonywaną pracą, metod ochrony przed zagrożeniami dla zdrowia i bezpieczeństwa pracowników, kształtowania warunków pracy zgodnie z przepisami i zasadami BHP oraz postępowania w razie wypadku i w sytuacjach awaryjnych (zał. nr 1 cz. VIII pkt 1). Podczas szkolenia stosuje się środki dydaktyczne, w szczególności filmy, tablice i folie do wyświetlania informacji (pkt 3).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Przykłady z naszej firmy do omówienia (temat 3 i 4)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wyjście z biura budowy, ewakuacja, stanowisko z dwoma monitorami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Egzamin i zaświadczenie (§ 16)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Komisja egzaminacyjna powołana przez organizatora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imiona, nazwiska, funkcje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przebiegu egzaminu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 (§ 5 pkt 6)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Zaświadczenie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wzór z zał. nr 3, numer wg rejestru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Odpis zaświadczenia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 aktach osobowych (§ 16 ust. 3)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Szkolenie okresowe kończy się egzaminem sprawdzającym przyswojenie wiedzy objętej programem oraz umiejętności wykonywania pracy zgodnie z przepisami i zasadami BHP, przed komisją powołaną przez organizatora (§ 16 ust. 1 i 2). Z pierwszego szkolenia okresowego może być zwolniona osoba z aktualnym zaświadczeniem z wymaganego szkolenia okresowego u innego pracodawcy albo po szkoleniu dla innej grupy stanowisk, jeżeli jego program obejmuje wymagany zakres (§ 15 ust. 5).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Zmiany programu (§ 7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5524"/>
        <w:gridCol w:w="1578"/>
        <w:gridCol w:w="1381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(np. nowe stanowisko, nowy sprzęt biurowy)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524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524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 pracodawca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program do swoich stanowisk i oceny ryzyka.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Program Szkolenia Okresowego Bhp Pracowników Administracyjno-Biurowych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