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INWENTARYZACJI ROBÓT BUDOWLANYCH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stan robót wykonanych na dzień przerwania, odstąpienia od umowy lub zmiany wykonawcy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na dzień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przerwania robót lub odstąpienia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Godziny inwentaryzacji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Przyczyna inwentaryzacji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odstąpienie od umowy (oświadczenie z dnia ........, składający: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rozwiązanie umowy za porozumieniem stron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przerwanie robót na polecenie zamawiającego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zmiana podwykonawcy na tym samym zakresie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inna: 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Uczestnicy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565"/>
        <w:gridCol w:w="2762"/>
        <w:gridCol w:w="2762"/>
        <w:gridCol w:w="1775"/>
      </w:tblGrid>
      <w:tr>
        <w:trPr>
          <w:cantSplit/>
        </w:trPr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Strona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Obecny (tak / nie)</w:t>
            </w:r>
          </w:p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Zamawiający</w:t>
            </w:r>
          </w:p>
        </w:tc>
        <w:tc>
          <w:tcPr>
            <w:tcW w:type="dxa" w:w="2762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Wykonawca</w:t>
            </w:r>
          </w:p>
        </w:tc>
        <w:tc>
          <w:tcPr>
            <w:tcW w:type="dxa" w:w="2762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Inspektor nadzoru</w:t>
            </w:r>
          </w:p>
        </w:tc>
        <w:tc>
          <w:tcPr>
            <w:tcW w:type="dxa" w:w="2762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budowy</w:t>
            </w:r>
          </w:p>
        </w:tc>
        <w:tc>
          <w:tcPr>
            <w:tcW w:type="dxa" w:w="2762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Rzeczoznawca lub geodeta (jeśli uczestniczy)</w:t>
            </w:r>
          </w:p>
        </w:tc>
        <w:tc>
          <w:tcPr>
            <w:tcW w:type="dxa" w:w="2762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2762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Jeśli strona nie stawiła się mimo wezwania, wpisz datę i sposób wezwania w uwagach. Protokół może być wtedy podpisany przez obecnych.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Roboty wykonane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170"/>
        <w:gridCol w:w="2663"/>
        <w:gridCol w:w="690"/>
        <w:gridCol w:w="1085"/>
        <w:gridCol w:w="887"/>
        <w:gridCol w:w="1874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Pozycja kosztorysu / harmonogramu</w:t>
            </w:r>
          </w:p>
        </w:tc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robót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Jedn.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 wykonana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% pozycji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jakościowy (bez wad / z wadami)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170"/>
          </w:tcPr>
          <w:p/>
        </w:tc>
        <w:tc>
          <w:tcPr>
            <w:tcW w:type="dxa" w:w="2663"/>
          </w:tcPr>
          <w:p/>
        </w:tc>
        <w:tc>
          <w:tcPr>
            <w:tcW w:type="dxa" w:w="690"/>
          </w:tcPr>
          <w:p/>
        </w:tc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Roboty rozpoczęte i niezakończone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946"/>
        <w:gridCol w:w="1973"/>
        <w:gridCol w:w="345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robót i miejsce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Stopień zaawansowania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Zabezpieczenie (czy wymagane, kto wykona)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345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Materiały, sprzęt i zaplecze na budowie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650"/>
        <w:gridCol w:w="1183"/>
        <w:gridCol w:w="2367"/>
        <w:gridCol w:w="2170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65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Materiał, urządzenie lub element zaplecza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Własność (zamawiający / wykonawca)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 zabrania / do przejęcia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Dokumenty przekazane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dziennik budowy (wpisy do dnia inwentaryzacji)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wyrobów budowlanych za wykonany zakres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odbiorów robót zanikających i badań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powykonawcza i inwentaryzacja geodezyjna wykonanego zakresu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klucze, kody, dostępy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Ustalenia i rozbieżności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zamawiającego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wykonawcy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Dokumentacja zdjęciowa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liczba zdjęć, miejsce przechowywania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Wycena wykonanego zakresu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sporządzi ........ do dnia ........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Zamawiający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Inspektor nadzoru / kierownik budowy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razie odstąpienia od umowy na podstawie umownego prawa odstąpienia to, co strony już świadczyły, podlega zwrotowi, a za świadczone usługi należy się odpowiednie wynagrodzenie (art. 395 § 2 KC). Przy odstąpieniu inwestora przed ukończeniem obiektu inwestor płaci umówione wynagrodzenie, odliczając to, co wykonawca oszczędził (art. 644 w zw. z art. 656 § 1 KC). Protokół z ilościami, zdjęciami i stanowiskami obu stron jest podstawą tych rozliczeń.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Inwentaryzacji Robót Budowlanych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