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KONIECZNOŚCI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wykonania robót dodatkowych, robót zamiennych lub zaniechania robót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Umowa i inwestycja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inwestor albo generalny wykonawca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wykonawca albo podwykonawca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zawarcia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 główna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przy podwykonawstwie: numer i data umowy z inwestorem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wynagrodzenia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ryczałtowe / kosztorysowe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Uczestnicy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2959"/>
        <w:gridCol w:w="2565"/>
        <w:gridCol w:w="3749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Firma</w:t>
            </w:r>
          </w:p>
        </w:tc>
        <w:tc>
          <w:tcPr>
            <w:tcW w:type="dxa" w:w="374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Funkcja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374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374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374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374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3749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Rodzaj zmiany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roboty dodatkowe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roboty zamienne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zaniechanie robót        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Opis okoliczności i przyczyna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Co stwierdzono, gdzie i kiedy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obiekt, kondygnacja, osie, pomieszczenie; kto i kiedy stwierdził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Przyczyna (zaznacz):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błąd, brak lub niejednoznaczność dokumentacji projektowej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warunki gruntowe lub stan istniejący odmienny od przyjętego w dokumentacji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decyzja lub polecenie zamawiającego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zmiana przepisów albo decyzja organu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inna: ..........................................................................................................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Wpis w dzienniku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i numer wpisu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Załączniki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zdjęcia, rysunki, opinie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Roboty dodatkowe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4932"/>
        <w:gridCol w:w="986"/>
        <w:gridCol w:w="1183"/>
        <w:gridCol w:w="2170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493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Opis robót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Jedn.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4932"/>
          </w:tcPr>
          <w:p/>
        </w:tc>
        <w:tc>
          <w:tcPr>
            <w:tcW w:type="dxa" w:w="986"/>
          </w:tcPr>
          <w:p/>
        </w:tc>
        <w:tc>
          <w:tcPr>
            <w:tcW w:type="dxa" w:w="1183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4932"/>
          </w:tcPr>
          <w:p/>
        </w:tc>
        <w:tc>
          <w:tcPr>
            <w:tcW w:type="dxa" w:w="986"/>
          </w:tcPr>
          <w:p/>
        </w:tc>
        <w:tc>
          <w:tcPr>
            <w:tcW w:type="dxa" w:w="1183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4932"/>
          </w:tcPr>
          <w:p/>
        </w:tc>
        <w:tc>
          <w:tcPr>
            <w:tcW w:type="dxa" w:w="986"/>
          </w:tcPr>
          <w:p/>
        </w:tc>
        <w:tc>
          <w:tcPr>
            <w:tcW w:type="dxa" w:w="1183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4932"/>
          </w:tcPr>
          <w:p/>
        </w:tc>
        <w:tc>
          <w:tcPr>
            <w:tcW w:type="dxa" w:w="986"/>
          </w:tcPr>
          <w:p/>
        </w:tc>
        <w:tc>
          <w:tcPr>
            <w:tcW w:type="dxa" w:w="1183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4932"/>
          </w:tcPr>
          <w:p/>
        </w:tc>
        <w:tc>
          <w:tcPr>
            <w:tcW w:type="dxa" w:w="986"/>
          </w:tcPr>
          <w:p/>
        </w:tc>
        <w:tc>
          <w:tcPr>
            <w:tcW w:type="dxa" w:w="1183"/>
          </w:tcPr>
          <w:p/>
        </w:tc>
        <w:tc>
          <w:tcPr>
            <w:tcW w:type="dxa" w:w="2170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Roboty zaniechane i roboty zamienne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453"/>
        <w:gridCol w:w="3453"/>
        <w:gridCol w:w="986"/>
        <w:gridCol w:w="1381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45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Pozycja z umowy, która odpada</w:t>
            </w:r>
          </w:p>
        </w:tc>
        <w:tc>
          <w:tcPr>
            <w:tcW w:type="dxa" w:w="345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Robota zamienna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Jedn.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453"/>
          </w:tcPr>
          <w:p/>
        </w:tc>
        <w:tc>
          <w:tcPr>
            <w:tcW w:type="dxa" w:w="3453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453"/>
          </w:tcPr>
          <w:p/>
        </w:tc>
        <w:tc>
          <w:tcPr>
            <w:tcW w:type="dxa" w:w="3453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453"/>
          </w:tcPr>
          <w:p/>
        </w:tc>
        <w:tc>
          <w:tcPr>
            <w:tcW w:type="dxa" w:w="3453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453"/>
          </w:tcPr>
          <w:p/>
        </w:tc>
        <w:tc>
          <w:tcPr>
            <w:tcW w:type="dxa" w:w="3453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Wycena, termin i dokumentacja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Podstawa wyceny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ceny jednostkowe z oferty / katalog nakładów / kalkulacja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Szacunkowa wartość netto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Wpływ na termin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liczba dni, etapy harmonogramu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przedłożenia kosztorysu lub oferty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Czy zmiana wymaga zmiany projektu lub decyzji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uzgodnienie projektanta, istotne odstąpienie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 projektanta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Ustalenia i decyzja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Uczestnicy potwierdzają podpisami stan faktyczny opisany w pkt 4–6. Podpis pod stanem faktycznym nie oznacza zgody na zmianę wynagrodzenia ani terminu; decyzję podejmują osoby umocowane przez strony umowy.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zostaną zlecone na podstawie niniejszego protokołu i wyceny zaakceptowanej na piśmie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zmiana wymaga aneksu do umowy (w zamówieniu publicznym w granicach art. 455 Pzp)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polecenie zmiany / zlecenie nr 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zamawiający nie wyraża zgody na wykonanie robót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Wykonawca (kierownik budowy lub robót)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Inspektor nadzoru lub przedstawiciel zamawiającego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Projektant (jeśli dotyczy)</w:t>
            </w:r>
          </w:p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Decyzja: osoba umocowana przez zamawiającego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Osoba umocowana przez wykonawcę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Konieczności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