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Z KONSULTACJI W SPRAWACH BEZPIECZEŃSTWA I HIGIENY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konsultacje pracodawcy z pracownikami lub ich przedstawicielami (art. 237¹¹a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pracy, 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konsultacji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Godziny konsultacji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od–do, w godzinach pracy (art. 237¹¹a § 3)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Uczestnicy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367"/>
        <w:gridCol w:w="2170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Stanowisko, brygada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Pracownik / przedstawiciel pracowników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959"/>
          </w:tcPr>
          <w:p/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 pracodawcę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Prowadzący protokół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Przedstawiciele pracowników wybrani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zakładową organizację związkową / pracowników w trybie przyjętym w zakładzie (art. 237¹³a)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Konsultacje w ramach komisji bhp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 (art. 237¹¹a § 5)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Przedmiot konsultacji (art. 237¹¹a § 1 pkt 1–5)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w organizacji pracy i wyposażeniu stanowisk pracy, nowe procesy technologiczne, substancje chemiczne i ich mieszaniny, jeżeli mogą stwarzać zagrożenie dla zdrowia lub życia (pkt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ocena ryzyka zawodowego przy określonych pracach i informowanie pracowników o tym ryzyku (pkt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utworzenie służby bhp lub powierzenie jej zadań innym osobom, wyznaczenie pracowników do udzielania pierwszej pomocy, zwalczania pożarów i ewakuacji (pkt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przydział środków ochrony indywidualnej oraz odzieży i obuwia roboczego (pkt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szkolenia pracowników w dziedzinie bezpieczeństwa i higieny pracy (pkt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działanie związane z bezpieczeństwem i higieną pracy: ........................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działania, które pracodawca zamierza wprowadzić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co, gdzie, od kiedy, kogo dotyczy, jakie zagrożenia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i dokumenty przedstawione uczestnikom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ocena ryzyka, projekt zmiany, instrukcja, wykaz ŚOI, program szkolenia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Przebieg konsultacji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Stanowiska i uwagi uczestników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Wnioski pracowników lub ich przedstawicieli w sprawie eliminacji lub ograniczenia zagrożeń (art. 237¹¹a §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143"/>
        <w:gridCol w:w="1775"/>
        <w:gridCol w:w="3354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14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Wniosek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zgłosił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 pracodawcy: przyjęto / nie przyjęto, uzasadnienie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143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143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143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143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4143"/>
          </w:tcPr>
          <w:p/>
        </w:tc>
        <w:tc>
          <w:tcPr>
            <w:tcW w:type="dxa" w:w="1775"/>
          </w:tcPr>
          <w:p/>
        </w:tc>
        <w:tc>
          <w:tcPr>
            <w:tcW w:type="dxa" w:w="3354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Ustalenia pracodawcy po konsultacji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143"/>
        <w:gridCol w:w="1973"/>
        <w:gridCol w:w="1183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14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Ustalenie, działanie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odpowiada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Wykonano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143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143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143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143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4143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poinformowania pracowników o ustaleniach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tablica, narada, e-mail, instruktaż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poinformowania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Czas konsultacji w godzinach pracy: wynagrodzenie zachowane dla uczestników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nie, uwagi (art. 237¹¹a § 3)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Następna konsultacja lub przegląd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termin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Zapewnienie warunków (art. 237¹¹a § 3 i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konsultacje odbyły się w godzinach pracy, a za czas nieprzepracowany uczestnicy zachowują prawo do wynagrodzenia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pracownicy i przedstawiciele nie ponoszą niekorzystnych konsekwencji z tytułu udziału w konsultacjach ani zgłoszonych wniosków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pracodawcę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Przedstawiciel pracowników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Prowadzący protokół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konsultuje z pracownikami lub ich przedstawicielami wszystkie działania związane z bezpieczeństwem i higieną pracy, w szczególności dotyczące spraw wymienionych w art. 237¹¹a § 1 pkt 1–5 Kodeksu pracy. Kodeks pracy nie wymaga pisemnego protokołu z konsultacji ani nie podaje jego wzoru; protokół dokumentuje, że konsultacje się odbyły.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Konsultacji W Sprawach Bezpieczeństwa I Higieny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