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PROTOKÓŁ KONTROLI INSTALACJI ELEKTRYCZNEJ NA BUDOWIE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kontrola okresowa rozdzielnic i stacjonarnych urządzeń elektrycznych (§ 54–59 rozporządzenia, Dz.U. 2003 nr 47 poz. 401)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Protokół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kontroli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Budowa i zasilanie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Budowa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Kierownik budowy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Źródło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przyłącze / agregat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Rozdzielnica główna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typ, oznaczenie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Kontrolujący (§ 54)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Imię i nazwisko, firma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Uprawnienia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rodzaj, nr, ważne do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Powód kontroli (§ 58)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kontrola okresowa stanu pod względem bezpieczeństwa (co najmniej raz w miesiącu)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kontrola stanu i oporności izolacji (co najmniej dwa razy w roku)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przed uruchomieniem po zmianach lub naprawach części elektrycznych i mechanicznych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przed uruchomieniem po przerwie dłuższej niż miesiąc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przed uruchomieniem po przemieszczeniu urządzenia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Lista kontrolna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524"/>
        <w:gridCol w:w="789"/>
        <w:gridCol w:w="986"/>
        <w:gridCol w:w="2565"/>
      </w:tblGrid>
      <w:tr>
        <w:trPr>
          <w:cantSplit/>
        </w:trPr>
        <w:tc>
          <w:tcPr>
            <w:tcW w:type="dxa" w:w="552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Element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OK</w:t>
            </w:r>
          </w:p>
        </w:tc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Usterka</w:t>
            </w:r>
          </w:p>
        </w:tc>
        <w:tc>
          <w:tcPr>
            <w:tcW w:type="dxa" w:w="256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Uwagi</w:t>
            </w:r>
          </w:p>
        </w:tc>
      </w:tr>
      <w:tr>
        <w:trPr>
          <w:trHeight w:val="481" w:hRule="atLeast"/>
          <w:cantSplit/>
        </w:trPr>
        <w:tc>
          <w:tcPr>
            <w:tcW w:type="dxa" w:w="552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Rozdzielnice zamknięte, zabezpieczone przed dostępem osób nieupoważnionych (§ 56 ust. 1)</w:t>
            </w:r>
          </w:p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552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Odległość rozdzielnic od odbiorników do 50 m (§ 56 ust. 2)</w:t>
            </w:r>
          </w:p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552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Przewody zasilające bez uszkodzeń, chronione mechanicznie (§ 57 ust. 2)</w:t>
            </w:r>
          </w:p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552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Połączenia przewodów z maszynami bezpieczne dla obsługi (§ 57 ust. 1)</w:t>
            </w:r>
          </w:p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552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Wyłączniki różnicowoprądowe działają (test)</w:t>
            </w:r>
          </w:p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552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Oznakowanie, schemat, osłony, ochrona przed wilgocią</w:t>
            </w:r>
          </w:p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552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Kopie pomiarów ochrony przeciwporażeniowej u kierownika budowy (§ 59 ust. 2)</w:t>
            </w:r>
          </w:p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  <w:tc>
          <w:tcPr>
            <w:tcW w:type="dxa" w:w="25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Urządzenia i wyniki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1775"/>
        <w:gridCol w:w="1775"/>
        <w:gridCol w:w="1381"/>
        <w:gridCol w:w="1973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Urządzenie / rozdzielnica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Lokalizacja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Wynik kontroli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Izolacja (MΩ)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Uwagi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/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/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/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/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/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/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Usterki i decyzja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3946"/>
        <w:gridCol w:w="1775"/>
        <w:gridCol w:w="2170"/>
        <w:gridCol w:w="1973"/>
      </w:tblGrid>
      <w:tr>
        <w:trPr>
          <w:cantSplit/>
        </w:trPr>
        <w:tc>
          <w:tcPr>
            <w:tcW w:type="dxa" w:w="394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Usterka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Wyłączono z eksploatacji (§ 67) T/N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usuwa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Termin</w:t>
            </w:r>
          </w:p>
        </w:tc>
      </w:tr>
      <w:tr>
        <w:trPr>
          <w:trHeight w:val="481" w:hRule="atLeast"/>
          <w:cantSplit/>
        </w:trPr>
        <w:tc>
          <w:tcPr>
            <w:tcW w:type="dxa" w:w="3946"/>
          </w:tcPr>
          <w:p/>
        </w:tc>
        <w:tc>
          <w:tcPr>
            <w:tcW w:type="dxa" w:w="1775"/>
          </w:tcPr>
          <w:p/>
        </w:tc>
        <w:tc>
          <w:tcPr>
            <w:tcW w:type="dxa" w:w="2170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3946"/>
          </w:tcPr>
          <w:p/>
        </w:tc>
        <w:tc>
          <w:tcPr>
            <w:tcW w:type="dxa" w:w="1775"/>
          </w:tcPr>
          <w:p/>
        </w:tc>
        <w:tc>
          <w:tcPr>
            <w:tcW w:type="dxa" w:w="2170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3946"/>
          </w:tcPr>
          <w:p/>
        </w:tc>
        <w:tc>
          <w:tcPr>
            <w:tcW w:type="dxa" w:w="1775"/>
          </w:tcPr>
          <w:p/>
        </w:tc>
        <w:tc>
          <w:tcPr>
            <w:tcW w:type="dxa" w:w="2170"/>
          </w:tcPr>
          <w:p/>
        </w:tc>
        <w:tc>
          <w:tcPr>
            <w:tcW w:type="dxa" w:w="197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instalacja dopuszczona do dalszej eksploatacji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instalacja dopuszczona po usunięciu usterek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instalacja / urządzenie wyłączone z eksploatacji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Kontrolujący (podpis)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Kierownik budowy (podpis)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Codzienne sprawdzenie wyłączników różnicowoprądowych (§ 59 ust. 1)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"/>
        <w:gridCol w:w="1479"/>
        <w:gridCol w:w="2466"/>
        <w:gridCol w:w="986"/>
        <w:gridCol w:w="1479"/>
        <w:gridCol w:w="2466"/>
      </w:tblGrid>
      <w:tr>
        <w:trPr>
          <w:cantSplit/>
        </w:trPr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Dzień</w:t>
            </w:r>
          </w:p>
        </w:tc>
        <w:tc>
          <w:tcPr>
            <w:tcW w:type="dxa" w:w="147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Wynik</w:t>
            </w:r>
          </w:p>
        </w:tc>
        <w:tc>
          <w:tcPr>
            <w:tcW w:type="dxa" w:w="246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Dzień</w:t>
            </w:r>
          </w:p>
        </w:tc>
        <w:tc>
          <w:tcPr>
            <w:tcW w:type="dxa" w:w="147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Wynik</w:t>
            </w:r>
          </w:p>
        </w:tc>
        <w:tc>
          <w:tcPr>
            <w:tcW w:type="dxa" w:w="246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1479"/>
          </w:tcPr>
          <w:p/>
        </w:tc>
        <w:tc>
          <w:tcPr>
            <w:tcW w:type="dxa" w:w="2466"/>
          </w:tcPr>
          <w:p/>
        </w:tc>
        <w:tc>
          <w:tcPr>
            <w:tcW w:type="dxa" w:w="986"/>
          </w:tcPr>
          <w:p/>
        </w:tc>
        <w:tc>
          <w:tcPr>
            <w:tcW w:type="dxa" w:w="1479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1479"/>
          </w:tcPr>
          <w:p/>
        </w:tc>
        <w:tc>
          <w:tcPr>
            <w:tcW w:type="dxa" w:w="2466"/>
          </w:tcPr>
          <w:p/>
        </w:tc>
        <w:tc>
          <w:tcPr>
            <w:tcW w:type="dxa" w:w="986"/>
          </w:tcPr>
          <w:p/>
        </w:tc>
        <w:tc>
          <w:tcPr>
            <w:tcW w:type="dxa" w:w="1479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1479"/>
          </w:tcPr>
          <w:p/>
        </w:tc>
        <w:tc>
          <w:tcPr>
            <w:tcW w:type="dxa" w:w="2466"/>
          </w:tcPr>
          <w:p/>
        </w:tc>
        <w:tc>
          <w:tcPr>
            <w:tcW w:type="dxa" w:w="986"/>
          </w:tcPr>
          <w:p/>
        </w:tc>
        <w:tc>
          <w:tcPr>
            <w:tcW w:type="dxa" w:w="1479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1479"/>
          </w:tcPr>
          <w:p/>
        </w:tc>
        <w:tc>
          <w:tcPr>
            <w:tcW w:type="dxa" w:w="2466"/>
          </w:tcPr>
          <w:p/>
        </w:tc>
        <w:tc>
          <w:tcPr>
            <w:tcW w:type="dxa" w:w="986"/>
          </w:tcPr>
          <w:p/>
        </w:tc>
        <w:tc>
          <w:tcPr>
            <w:tcW w:type="dxa" w:w="1479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1479"/>
          </w:tcPr>
          <w:p/>
        </w:tc>
        <w:tc>
          <w:tcPr>
            <w:tcW w:type="dxa" w:w="2466"/>
          </w:tcPr>
          <w:p/>
        </w:tc>
        <w:tc>
          <w:tcPr>
            <w:tcW w:type="dxa" w:w="986"/>
          </w:tcPr>
          <w:p/>
        </w:tc>
        <w:tc>
          <w:tcPr>
            <w:tcW w:type="dxa" w:w="1479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1479"/>
          </w:tcPr>
          <w:p/>
        </w:tc>
        <w:tc>
          <w:tcPr>
            <w:tcW w:type="dxa" w:w="2466"/>
          </w:tcPr>
          <w:p/>
        </w:tc>
        <w:tc>
          <w:tcPr>
            <w:tcW w:type="dxa" w:w="986"/>
          </w:tcPr>
          <w:p/>
        </w:tc>
        <w:tc>
          <w:tcPr>
            <w:tcW w:type="dxa" w:w="1479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1479"/>
          </w:tcPr>
          <w:p/>
        </w:tc>
        <w:tc>
          <w:tcPr>
            <w:tcW w:type="dxa" w:w="2466"/>
          </w:tcPr>
          <w:p/>
        </w:tc>
        <w:tc>
          <w:tcPr>
            <w:tcW w:type="dxa" w:w="986"/>
          </w:tcPr>
          <w:p/>
        </w:tc>
        <w:tc>
          <w:tcPr>
            <w:tcW w:type="dxa" w:w="1479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1479"/>
          </w:tcPr>
          <w:p/>
        </w:tc>
        <w:tc>
          <w:tcPr>
            <w:tcW w:type="dxa" w:w="2466"/>
          </w:tcPr>
          <w:p/>
        </w:tc>
        <w:tc>
          <w:tcPr>
            <w:tcW w:type="dxa" w:w="986"/>
          </w:tcPr>
          <w:p/>
        </w:tc>
        <w:tc>
          <w:tcPr>
            <w:tcW w:type="dxa" w:w="1479"/>
          </w:tcPr>
          <w:p/>
        </w:tc>
        <w:tc>
          <w:tcPr>
            <w:tcW w:type="dxa" w:w="2466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Kontrola stanu stacjonarnych urządzeń elektrycznych pod względem bezpieczeństwa odbywa się co najmniej raz w miesiącu, a kontrola stanu i oporności izolacji co najmniej dwa razy w roku (§ 58). Działanie urządzeń ochronnych różnicowoprądowych sprawdza się każdorazowo przed przystąpieniem do pracy, a naprawy i przeglądy urządzeń elektrycznych odnotowuje się w książce konserwacji urządzeń (§ 59 ust. 1 i 3).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Kontroli Instalacji Elektrycznej Na Budowie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