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Z PIĘCIOLETNIEJ KONTROLI OKRESOWEJ OBIEKTU BUDOWLANEGO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62 ust. 1 pkt 2 i art. 62a ust. 2 ustawy z dnia 7 lipca 1994 r. – Prawo budowlane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przeprowadzenia kontroli (art. 62a ust. 2 pkt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kontrola co najmniej raz na 5 lat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kontrola nakazana przez organ nadzoru budowlanego (art. 62 ust. 3)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OSOBA PRZEPROWADZAJĄCA KONTROLĘ (art. 62a ust. 2 pkt 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uprawnień budowlanych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Specjalność uprawnień budowlanych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Inne kwalifikacje (art. 62 ust. 5 lub 6)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i numer, np. świadectwo kwalifikacyjne, tytuł mistrza w rzemiośle kominiarskim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WŁAŚCICIEL LUB ZARZĄDCA OBIEKTU (art. 62a ust. 2 pkt 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albo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zamieszkania lub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Czy kontrolę zlecił zarządca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kto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KONTROLOWANY OBIEKT BUDOWLANY (art. 62a ust. 2 pkt 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nazwa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budynek mieszkalny wielorodzinny, budynek biurowy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działki ewidencyjnej, obręb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Rok oddania do użytkowania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zabudowy budynku (m²)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dachu innego obiektu (m²)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książki obiektu budowlanego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indywidualny numer z c-KOB albo numer tomu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prowadząca książkę obiektu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ZAKRES KONTROLI (art. 62a ust. 2 pkt 5; art. 62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 techniczny obiektu budowlanego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przydatność obiektu do użytkowania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estetyka obiektu budowlanego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estetyka otoczenia obiektu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badanie instalacji elektrycznej i piorunochronnej: sprawność połączeń, osprzętu, zabezpieczeń i środków ochrony od porażeń, oporność izolacji przewodów, uziemienia instalacji i aparatów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USTALENIA (art. 62a ust. 2 pkt 6)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Wiersze są przykładami. Wpisz części obiektu, które objęto kontrolą, i dopisz brakujące.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1775"/>
        <w:gridCol w:w="5130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lub część obiektu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Stan: bez uwag / nieprawidłowości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Ustalenia, wskazane nieprawidłowości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Fundamenty, ściany nośne, stropy, więźba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Dach i pokrycie, balkony, schody, klatki schodowe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Przegrody zewnętrzne i okna, elewacja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Przydatność do użytkowania (zgodność z przeznaczeniem)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Estetyka obiektu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Estetyka otoczenia (ogrodzenie, nawierzchnie, zieleń)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Inne: ......................</w:t>
            </w:r>
          </w:p>
        </w:tc>
        <w:tc>
          <w:tcPr>
            <w:tcW w:type="dxa" w:w="1775"/>
          </w:tcPr>
          <w:p/>
        </w:tc>
        <w:tc>
          <w:tcPr>
            <w:tcW w:type="dxa" w:w="513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BADANIE INSTALACJI ELEKTRYCZNEJ I PIORUNOCHRONNEJ (art. 62 ust. 1 pkt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2762"/>
        <w:gridCol w:w="1381"/>
        <w:gridCol w:w="2367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badania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pomiaru lub oględzin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Ocena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Sprawność połączeń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Osprzęt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Zabezpieczenia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Środki ochrony od porażeń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Oporność izolacji przewodów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Uziemienia instalacji i aparatów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Kontrolę stanu technicznego instalacji elektrycznych i piorunochronnych mogą przeprowadzać także osoby z kwalifikacjami wymaganymi przy dozorze nad eksploatacją urządzeń, instalacji i sieci energetycznych (art. 62 ust. 5). Wpisz je w pkt 1.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METODY I ŚRODKI UŻYTKOWANIA (art. 62a ust. 2 pkt 8)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Metody i środki użytkowania elementów narażonych na szkodliwe wpływy atmosferyczne, jeśli je kontrolowano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ZALECENIA (art. 62a ust. 2 pkt 7 i ust. 3)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zaleceniach wskazuje się czynności mające na celu usunięcie nieprawidłowości i termin ich wykonania.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6314"/>
        <w:gridCol w:w="295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631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Czynności usuwające nieprawidłowość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wykonania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6314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nieprawidłowości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ZALECENIA Z POPRZEDNICH KONTROLI (art. 62 ust. 1a; art. 62a ust. 2 pkt 9)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sprawdzono wykonanie zaleceń z poprzedniej kontroli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to pierwsza kontrola obiektu        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niewykonanych zaleceń określonych w protokołach z poprzednich kontroli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USZKODZENIA I BRAKI ZAGRAŻAJĄCE (art. 70)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uszkodzeń ani braków, które mogłyby spowodować zagrożenie życia lub zdrowia ludzi, bezpieczeństwa mienia bądź środowiska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stwierdzone uszkodzenia i braki usunięto w czasie lub bezpośrednio po kontroli (art. 70 ust. 1); opis: 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obowiązek usunięcia potwierdzono w tym protokole, a jego kopię przesłano bezzwłocznie do organu nadzoru budowlanego (art. 70 ust. 2); data: 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11. ZAŁĄCZNIKI (art. 62a ust. 4 i 4a)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zaświadczenia o wpisie na listę członków izby (art. 12 ust. 7); nie dołącza się dla osoby wpisanej do centralnego rejestru osób posiadających uprawnienia budowlane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decyzji o nadaniu uprawnień budowlanych albo innych uprawnień lub kwalifikacji z art. 62 ust. 5; nie dołącza się dla uprawnień wpisanych do centralnego rejestru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protokoły pomiarów elektrycznych, zdjęcia: 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12. WPIS W KSIĄŻCE OBIEKTU (art. 60e ust. 3, art. 62b ust.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zakończenia kontroli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Wpisu o kontroli w książce dokonano w dniu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później niż 7 dni po zakończeniu kontroli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Postać książki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c-KOB albo papierowa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książki obiektu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przeprowadzająca kontrolę (podpis, pieczęć)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Właściciel lub zarządca: zapoznałem się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Art. 62a ust. 2 pkt 2 wymaga podpisu osoby przeprowadzającej kontrolę. Podpis właściciela lub zarządcy jest tylko potwierdzeniem odbioru kopii i nie wynika z przepisu.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Pięcioletniej Kontroli Okresowej Obiektu Budowlanego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