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Z ROCZNEJ KONTROLI OKRESOWEJ OBIEKTU BUDOWLANEGO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62 ust. 1 pkt 1 (oraz pkt 3, gdy kontrola dwa razy w roku) i art. 62a ust. 2 ustawy z dnia 7 lipca 1994 r. – Prawo budowlane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przeprowadzenia kontroli (art. 62a ust. 2 pkt 1)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kontrola raz w roku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kontrola do 31 maja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kontrola do 30 listopada        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OSOBA PRZEPROWADZAJĄCA KONTROLĘ (art. 62a ust. 2 pkt 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uprawnień budowlanych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Specjalność uprawnień budowlanych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Inne kwalifikacje (art. 62 ust. 5 lub 6)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 i numer, np. świadectwo kwalifikacyjne, tytuł mistrza w rzemiośle kominiarskim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Telefon, e-mail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WŁAŚCICIEL LUB ZARZĄDCA OBIEKTU (art. 62a ust. 2 pkt 3)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albo 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zamieszkania lub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Czy kontrolę zlecił zarządca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nie, kto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KONTROLOWANY OBIEKT BUDOWLANY (art. 62a ust. 2 pkt 4)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i nazwa obiektu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budynek mieszkalny wielorodzinny, budynek biurowy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obiektu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działki ewidencyjnej, obręb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Rok oddania do użytkowania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Powierzchnia zabudowy budynku (m²)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Powierzchnia dachu innego obiektu (m²)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książki obiektu budowlanego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indywidualny numer z c-KOB albo numer tomu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prowadząca książkę obiektu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ZAKRES KONTROLI (art. 62a ust. 2 pkt 5; art. 62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elementy budynku, budowli i instalacji narażone na szkodliwe wpływy atmosferyczne i niszczące działania czynników występujących podczas użytkowania obiektu (lit. 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instalacje i urządzenia służące ochronie środowiska (lit. 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instalacje gazowe (lit. 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przewody kominowe: dymowe, spalinowe, wentylacyjne (lit. c); protokół z tej części jest dokumentem elektronicznym w systemie CEEB (art. 62a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budynek o powierzchni zabudowy powyżej 2000 m² albo inny obiekt o powierzchni dachu powyżej 1000 m²: kontrola dwa razy w roku, do 31 maja i do 30 listopada (pkt 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USTALENIA I METODY UŻYTKOWANIA (art. 62a ust. 2 pkt 6 i 8)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Wiersze są przykładami. Wpisz elementy obiektu, które objęto kontrolą, i dopisz brakujące.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663"/>
        <w:gridCol w:w="1677"/>
        <w:gridCol w:w="3157"/>
        <w:gridCol w:w="2367"/>
      </w:tblGrid>
      <w:tr>
        <w:trPr>
          <w:cantSplit/>
        </w:trPr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 lub instalacja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Stan: bez uwag / nieprawidłowości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Ustalenia, wskazane nieprawidłowości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Metody i środki użytkowania elementów narażonych na wpływy atmosferyczne</w:t>
            </w:r>
          </w:p>
        </w:tc>
      </w:tr>
      <w:tr>
        <w:trPr>
          <w:trHeight w:val="481" w:hRule="atLeast"/>
          <w:cantSplit/>
        </w:trPr>
        <w:tc>
          <w:tcPr>
            <w:tcW w:type="dxa" w:w="266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Pokrycie dachu, obróbki blacharskie, attyki</w:t>
            </w:r>
          </w:p>
        </w:tc>
        <w:tc>
          <w:tcPr>
            <w:tcW w:type="dxa" w:w="1677"/>
          </w:tcPr>
          <w:p/>
        </w:tc>
        <w:tc>
          <w:tcPr>
            <w:tcW w:type="dxa" w:w="315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66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Rynny, rury spustowe, odwodnienie dachu i terenu</w:t>
            </w:r>
          </w:p>
        </w:tc>
        <w:tc>
          <w:tcPr>
            <w:tcW w:type="dxa" w:w="1677"/>
          </w:tcPr>
          <w:p/>
        </w:tc>
        <w:tc>
          <w:tcPr>
            <w:tcW w:type="dxa" w:w="315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66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Elewacja, tynki, balkony, loggie, tarasy</w:t>
            </w:r>
          </w:p>
        </w:tc>
        <w:tc>
          <w:tcPr>
            <w:tcW w:type="dxa" w:w="1677"/>
          </w:tcPr>
          <w:p/>
        </w:tc>
        <w:tc>
          <w:tcPr>
            <w:tcW w:type="dxa" w:w="315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66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Izolacje przeciwwilgociowe, piwnice, fundamenty</w:t>
            </w:r>
          </w:p>
        </w:tc>
        <w:tc>
          <w:tcPr>
            <w:tcW w:type="dxa" w:w="1677"/>
          </w:tcPr>
          <w:p/>
        </w:tc>
        <w:tc>
          <w:tcPr>
            <w:tcW w:type="dxa" w:w="315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66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Instalacje i urządzenia ochrony środowiska</w:t>
            </w:r>
          </w:p>
        </w:tc>
        <w:tc>
          <w:tcPr>
            <w:tcW w:type="dxa" w:w="1677"/>
          </w:tcPr>
          <w:p/>
        </w:tc>
        <w:tc>
          <w:tcPr>
            <w:tcW w:type="dxa" w:w="315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66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Instalacja gazowa</w:t>
            </w:r>
          </w:p>
        </w:tc>
        <w:tc>
          <w:tcPr>
            <w:tcW w:type="dxa" w:w="1677"/>
          </w:tcPr>
          <w:p/>
        </w:tc>
        <w:tc>
          <w:tcPr>
            <w:tcW w:type="dxa" w:w="315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66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Przewody kominowe</w:t>
            </w:r>
          </w:p>
        </w:tc>
        <w:tc>
          <w:tcPr>
            <w:tcW w:type="dxa" w:w="1677"/>
          </w:tcPr>
          <w:p/>
        </w:tc>
        <w:tc>
          <w:tcPr>
            <w:tcW w:type="dxa" w:w="315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66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Inne: ......................</w:t>
            </w:r>
          </w:p>
        </w:tc>
        <w:tc>
          <w:tcPr>
            <w:tcW w:type="dxa" w:w="1677"/>
          </w:tcPr>
          <w:p/>
        </w:tc>
        <w:tc>
          <w:tcPr>
            <w:tcW w:type="dxa" w:w="3157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stwierdzono nieprawidłowości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ZALECENIA (art. 62a ust. 2 pkt 7 i ust. 3)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zaleceniach wskazuje się czynności mające na celu usunięcie nieprawidłowości i termin ich wykonania.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6314"/>
        <w:gridCol w:w="2959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631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Czynności usuwające nieprawidłowość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wykonania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6314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6314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6314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6314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6314"/>
          </w:tcPr>
          <w:p/>
        </w:tc>
        <w:tc>
          <w:tcPr>
            <w:tcW w:type="dxa" w:w="295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ZALECENIA Z POPRZEDNICH KONTROLI (art. 62 ust. 1a; art. 62a ust. 2 pkt 9)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sprawdzono wykonanie zaleceń z poprzedniej kontroli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to pierwsza kontrola obiektu        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niewykonanych zaleceń określonych w protokołach z poprzednich kontroli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USZKODZENIA I BRAKI ZAGRAŻAJĄCE (art. 70)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stwierdzono uszkodzeń ani braków, które mogłyby spowodować zagrożenie życia lub zdrowia ludzi, bezpieczeństwa mienia bądź środowiska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stwierdzone uszkodzenia i braki usunięto w czasie lub bezpośrednio po kontroli (art. 70 ust. 1); opis: 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obowiązek usunięcia uszkodzeń i uzupełnienia braków potwierdzono w tym protokole (art. 70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kopię protokołu przesłano bezzwłocznie do organu nadzoru budowlanego (art. 70 ust. 2); w c-KOB, gdy książka jest elektroniczna (ust. 3); data: 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ZAŁĄCZNIKI (art. 62a ust. 4 i 4a)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zaświadczenia o wpisie na listę członków izby samorządu zawodowego (art. 12 ust. 7); nie dołącza się, gdy osoba jest wpisana do centralnego rejestru osób posiadających uprawnienia budowlane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decyzji o nadaniu uprawnień budowlanych w odpowiedniej specjalności albo innych uprawnień lub kwalifikacji z art. 62 ust. 5; nie dołącza się dla uprawnień wpisanych do centralnego rejestru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protokoły z kontroli instalacji gazowej lub elektrycznej, zdjęcia: 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WPIS W KSIĄŻCE OBIEKTU I ZAWIADOMIENIE (art. 60e ust. 3, art. 62b)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zakończenia kontroli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Wpisu o kontroli w książce dokonano w dniu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 później niż 7 dni po zakończeniu kontroli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Postać książki obiektu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c-KOB albo papierowa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Zawiadomienie organu nadzoru budowlanego o kontroli (tylko przy pkt 3)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system c-KOB albo pismo,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przeprowadzająca kontrolę (podpis, pieczęć)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Właściciel lub zarządca: zapoznałem się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Art. 62a ust. 2 pkt 2 wymaga podpisu osoby przeprowadzającej kontrolę. Podpis właściciela lub zarządcy jest tylko potwierdzeniem odbioru kopii i nie wynika z przepisu. Kontrolę stanu technicznego przewodów kominowych przeprowadzają osoby z art. 62 ust. 6, a protokół z niej sporządza się elektronicznie w systemie CEEB (art. 62a ust. 5; wyjątki w ust. 5a), więc ten wzór jej nie zastępuje.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Rocznej Kontroli Okresowej Obiektu Budowlanego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