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KONTROLI TRZEŹWOŚCI PRACOWNIKA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badanie metodą niewymagającą badania laboratoryjnego (art. 22[1c] i 22[1d]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 i miejsce badania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badania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pomieszczenie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przeprowadzająca badanie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obecna przy badaniu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Pracownik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/ ekipa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Podstawa kontroli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trzeźwości według regulaminu pracy / układu zbiorowego / obwieszczenia z dnia ............ (art. 22[1c] § 10 KP); pracownik należy do grupy objętej kontrolą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uzasadnione podejrzenie, że pracownik stawił się do pracy w stanie po użyciu alkoholu albo w stanie nietrzeźwości lub spożywał alkohol w czasie pracy (art. 22[1d] § 1 KP)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Objawy lub okoliczności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zapach alkoholu, zaburzenia równowagi, bełkotliwa mowa, butelka na stanowisku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stwierdzenia objawów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je stwierdził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Urządzenie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Model alkomatu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seryjny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 kalibracji lub wzorcowania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Ważny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Pomiary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479"/>
        <w:gridCol w:w="1578"/>
        <w:gridCol w:w="1578"/>
        <w:gridCol w:w="2959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Godzina i minuta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(mg/dm³)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pracownika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479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obecności alkoholu: wynik poniżej 0,1 mg/dm³ (art. 22[1c] § 5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 po użyciu alkoholu: od 0,1 do 0,25 mg/dm³ (art. 46 ust. 2 pkt 2 ustawy o wychowaniu w trzeźwości)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 nietrzeźwości: powyżej 0,25 mg/dm³ (art. 46 ust. 3 pkt 2 ustawy)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odmówił poddania się badaniu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Decyzja i badanie przez policję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dopuszczony do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niedopuszczony do pracy; podstawę niedopuszczenia przekazano mu do wiadomości (art. 22[1d] § 1 i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badania przez policję zażądał: pracodawca / pracownik (art. 22[1d] § 3 KP); godzina wezwania: 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badania przez policję: ................................ (informacja pisemna organu, art. 22[1d] § 10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Oświadczenie lub uwagi pracownika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 (podpis albo odmowa podpisu)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Przeprowadzający badanie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obecna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Przechowywanie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wskazujący na stan po użyciu alkoholu lub nietrzeźwość: w aktach osobowych do roku od zebrania (art. 22[1c] § 6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nałożono karę porządkową: przechowywać do uznania kary za niebyłą (art. 22[1c] § 7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jest dowodem w postępowaniu: przechowywać do jego prawomocnego zakończenia (art. 22[1c] § 8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negatywny: nie przechowuje się w aktach osobowych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Kontrola trzeźwości nie może naruszać godności oraz innych dóbr osobistych pracownika (art. 22[1c] § 2 KP) i obejmuje badanie przy użyciu metod niewymagających badania laboratoryjnego za pomocą urządzenia posiadającego ważny dokument potwierdzający jego kalibrację lub wzorcowanie (art. 22[1c] § 4 KP). Pracodawca nie dopuszcza pracownika do pracy, jeżeli kontrola wykaże stan po użyciu alkoholu albo stan nietrzeźwości albo zachodzi uzasadnione podejrzenie, że pracownik stawił się do pracy w takim stanie lub spożywał alkohol w czasie pracy (art. 22[1d] § 1 KP). Jeżeli wynik nie wskazuje na stan po użyciu alkoholu albo stan nietrzeźwości, okres niedopuszczenia do pracy jest okresem usprawiedliwionej nieobecności, za który pracownik zachowuje prawo do wynagrodzenia (art. 22[1d] § 8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Kontroli Trzeźwości Pracownika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