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NIEZGODNOŚCI ROBÓT (NCR)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rejestracja niezgodności robót lub wyrobów z projektem albo umową, od stwierdzenia do zamknięcia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niezgodności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stwierdzenia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Wystawca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funkcja, firma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Adresat (wykonawca)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firma, osoba odpowiedzialna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Miejsce i zakres niezgodności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Obiekt, kondygnacja, oś, element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ilość, długość, powierzchnia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Partia wyrobu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dostawca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Wymaganie i stan stwierdzony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749"/>
        <w:gridCol w:w="3749"/>
        <w:gridCol w:w="2367"/>
      </w:tblGrid>
      <w:tr>
        <w:trPr>
          <w:cantSplit/>
        </w:trPr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Wymaganie (dokument, punkt)</w:t>
            </w:r>
          </w:p>
        </w:tc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 stwierdzony (wymiar, wynik)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Odchyłka</w:t>
            </w:r>
          </w:p>
        </w:tc>
      </w:tr>
      <w:tr>
        <w:trPr>
          <w:trHeight w:val="481" w:hRule="atLeast"/>
          <w:cantSplit/>
        </w:trPr>
        <w:tc>
          <w:tcPr>
            <w:tcW w:type="dxa" w:w="3749"/>
          </w:tcPr>
          <w:p/>
        </w:tc>
        <w:tc>
          <w:tcPr>
            <w:tcW w:type="dxa" w:w="3749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749"/>
          </w:tcPr>
          <w:p/>
        </w:tc>
        <w:tc>
          <w:tcPr>
            <w:tcW w:type="dxa" w:w="3749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749"/>
          </w:tcPr>
          <w:p/>
        </w:tc>
        <w:tc>
          <w:tcPr>
            <w:tcW w:type="dxa" w:w="3749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Dowody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zdjęcia z datą, numery: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pomiar lub wynik badania, numer: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 w dzienniku budowy, numer: ........ z dnia 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 wyrobu (deklaracja, certyfikat), numer: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Ocena skutku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nośność lub stateczność konstrukcji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bezpieczeństwo (BHP, pożarowe)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funkcja i eksploatacja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trwałość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wyłącznie estetyka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zakrywane lub zanikające: zakrycie wstrzymane do czasu sprawdzenia (art. 22 pkt 7 Prawa budowlanego)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Przyczyna niezgodności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Przyczyna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technologia, materiał, rysunek, organizacja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Decyzja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poprawka na miejscu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przeróbka lub ponowne wykonanie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wymiana wyrobu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przyjęcie z odstępstwem, zgoda: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wstrzymanie dalszych robót do czasu usunięcia niezgodności (art. 26 pkt 2 Prawa budowlanego)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Działanie korygujące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4538"/>
        <w:gridCol w:w="1775"/>
        <w:gridCol w:w="1479"/>
        <w:gridCol w:w="1479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Działanie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Odpowiedzialny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Wykonano (data)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538"/>
          </w:tcPr>
          <w:p/>
        </w:tc>
        <w:tc>
          <w:tcPr>
            <w:tcW w:type="dxa" w:w="1775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538"/>
          </w:tcPr>
          <w:p/>
        </w:tc>
        <w:tc>
          <w:tcPr>
            <w:tcW w:type="dxa" w:w="1775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538"/>
          </w:tcPr>
          <w:p/>
        </w:tc>
        <w:tc>
          <w:tcPr>
            <w:tcW w:type="dxa" w:w="1775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Weryfikacja i zamknięcie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Sprawdzono dnia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przez kogo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zgodne / niezgodne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Zamknięto dnia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Nowy numer, jeśli niezgodność wystąpiła ponownie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Wystawca (data, 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Wykonawca: przyjąłem do wiadomości (data, 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Inspektor nadzoru: zamknięcie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Przepisy nie przewidują protokołu niezgodności. Inspektor nadzoru inwestorskiego kontroluje zgodność realizacji robót z projektem lub pozwoleniem na budowę, przepisami oraz zasadami wiedzy technicznej, sprawdza jakość robót i wyrobów oraz potwierdza usunięcie wad (art. 25 pkt 1, 2 i 4 Prawa budowlanego). Jego polecenia dotyczące usunięcia nieprawidłowości potwierdza wpis do dziennika budowy (art. 26 pkt 1). Wezwanie wykonawcy do zmiany sposobu wykonania robót z terminem i zapowiedzią skutków jest osobnym pismem (art. 636 § 1 w związku z art. 656 § 1 KC).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Niezgodności Robót (Ncr)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