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ODBIORU DESKOWANIA (SZALUNKU)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sprawdzenie przed betonowaniem, dopuszczenie do betonowania i rozdeskowanie (§ 195 i § 208 rozporządzenia w sprawie BHP podczas wykonywania robót budowlanych)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Budowa i element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deskowania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brygadzista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Element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strop / ściana / słup / belka / fundament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Lokalizacja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kondygnacja, osie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System deskowania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producent, typ albo tradycyjne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projekt deskowania nr / instrukcja producenta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Projekt konstrukcji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 rysunku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Odbiór zbrojenia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protokół robót zanikających nr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Uczestnicy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3453"/>
        <w:gridCol w:w="2466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robót / mistrz budowlany (§ 195 ust. 2, § 5)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Brygadzista cieśli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Inspektor nadzoru (jeśli uczestniczy)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budowy</w:t>
            </w:r>
          </w:p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Lista kontrolna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9"/>
        <w:gridCol w:w="690"/>
        <w:gridCol w:w="690"/>
        <w:gridCol w:w="2565"/>
      </w:tblGrid>
      <w:tr>
        <w:trPr>
          <w:cantSplit/>
        </w:trPr>
        <w:tc>
          <w:tcPr>
            <w:tcW w:type="dxa" w:w="591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 sprawdzenia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Tak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Nie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Podłoże pod stemplami nośne i wyrównane, podkłady pod stemplami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Stemple i podpory: typ i rozstaw według projektu lub instrukcji, zabezpieczone przed przesunięciem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Stężenia i rozpory zamocowane, konstrukcja zabezpieczona przed zawaleniem (§ 195 ust. 1)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Wymiary, rzędne, pion i otwory zgodne z projektem konstrukcji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Szczelność styków, ściągi i kotwy założone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Wnętrze oczyszczone, środek antyadhezyjny naniesiony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Pomosty robocze z balustradą: deska krawężnikowa 0,15 m, poręcz 1,1 m (§ 15 ust. 2)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Krawędzie i otwory w stropie zabezpieczone środkami ochrony zbiorowej (§ 6 ust. 1)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Dojście na deskowanie bezpieczne, bez przejść po elementach niestabilnych (§ 190)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Montaż wykonany przez zespół co najmniej 2 osób (§ 195 ust. 3)</w:t>
            </w:r>
          </w:p>
        </w:tc>
        <w:tc>
          <w:tcPr>
            <w:tcW w:type="dxa" w:w="690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Warunki betonowania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podawanie mieszanki: pompa / pojemnik żurawiem / bezpośrednio z betonowozu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wysokość zrzutu mieszanki nie większa niż 1 m (§ 208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pojemnik zabezpieczony przed przypadkowym wylaniem, klapy łatwo otwierane (§ 208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opróżnianie stopniowe i równomierne, bez przeciążenia deskowania (§ 208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sygnalizacja między stanowiskiem odbioru mieszanki a operatorem pompy (§ 100)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punkt zsypu z odbojnicami przy dostawie pojazdem (§ 209)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osoba obserwująca deskowanie w czasie betonowania: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Usterki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340"/>
        <w:gridCol w:w="197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 i miejsce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usuwa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Usunięto (podpis)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Decyzja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deskowanie dopuszczone do betonowania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dopuszczone po usunięciu usterek z pkt 5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niedopuszczone; ponowne sprawdzenie dnia: 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robót / mistrz budowlany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Brygadzista cieśli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Inspektor nadzoru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Rozdeskowanie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Betonowanie zakończono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rozdeskowania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według projektu i wytrzymałości betonu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Kolejność demontażu ustalił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kierownik robót / mistrz (§ 195 ust. 2)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Rozdeskowano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brygada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elementu po rozdeskowaniu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uwagi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czasie montażu oraz demontażu deskowań należy zapewnić środki zabezpieczające przed możliwością zawalenia się konstrukcji usztywniających i rozpierających; o kolejności montażu i demontażu poszczególnych elementów decydują kierownik robót oraz mistrz budowlany; roboty ciesielskie montażowe wykonuje zespół liczący co najmniej 2 osoby (§ 195 ust. 1–3 i § 5). Chodzenie po niestabilnych deskowaniach jest zabronione (§ 190). Opróżnianie pojemnika z mieszanki powinno odbywać się stopniowo i równomiernie, aby nie dopuścić do przeciążenia deskowania, a wylewanie mieszanki w deskowanie z wysokości większej niż 1 m jest zabronione (§ 208 ust. 2 i 3). Przepisy nie wymagają protokołu odbioru deskowania; wzór dokumentuje sprawdzenie przed betonowaniem.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Deskowania (Szalunku)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