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ODBIORU ROBÓT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częściowy / końcowy (zaznacz właściwy rodzaj odbioru)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 odbioru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odbiór częściowy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odbiór końcowy        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 i umowa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 (odbierający)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Przedstawiciel zamawiającego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/ e-mail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(zgłaszający do odbioru)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Przedstawiciel wykonawcy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/ e-mail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Inspektor nadzoru lub kierownik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Przedmiot i zakres odbioru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Przedmiot odbioru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etap, obiekt, branża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zgłoszenia gotowości do odbioru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wynikający z umowy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946"/>
        <w:gridCol w:w="887"/>
        <w:gridCol w:w="1479"/>
        <w:gridCol w:w="1479"/>
        <w:gridCol w:w="1479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Opis robót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Jedn.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 wg umowy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 wykonana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Dokumenty przedłożone do odbioru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wpisy w dzienniku budowy, protokoły robót zanikających i ulegających zakryciu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atesty, deklaracje właściwości użytkowych, certyfikaty wbudowanych materiałów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protokoły badań i sprawdzeń, pomiary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inwentaryzacja powykonawcza, dokumentacja powykonawcza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dokumenty gwarancyjne i instrukcje obsługi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Stwierdzone wady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4340"/>
        <w:gridCol w:w="1578"/>
        <w:gridCol w:w="1775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434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Opis wady i miejsce jej występowania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Wada istotna / nieistotna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Sposób usunięcia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usunięcia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4340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4340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4340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4340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4340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stwierdzono wad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Ustalenia i wnioski komisji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odebrano bez zastrzeżeń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odebrano z zastrzeżeniem usunięcia wad wymienionych w pkt 4 w podanych terminach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odmówiono odbioru; wykonawca usunie wady, a ponowny odbiór odbędzie się dnia: ..........................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Wartość robót objętych odbiorem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netto / brutto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 do rozliczenia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 i zastrzeżenia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Zamawiający (podpis i pieczęć)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Wykonawca (podpis i pieczęć)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Inspektor nadzoru / kierownik budowy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Odbioru Robót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