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ODBIORU TECHNICZNEGO RUSZTOWANIA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odbiór rusztowania przed przekazaniem do użytkowania (§ 110 rozporządzenia Ministra Infrastruktury z 6 lutego 2003 r. w sprawie BHP podczas wykonywania robót budowlanych)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odbioru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Odbierający, jeśli inny niż 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uprawniona osoba: 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Rusztowanie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rusztowania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elewacyjne systemowe, modułowe, przejezdne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Producent i system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montażu (§ 108)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dokumentacja producenta albo projekt indywidualny: numer,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Lokalizacja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obiekt, elewacja, osie, kondygnacje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Wymiary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długość, wysokość, liczba poziomów pomostów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Dane wymagane przez § 110 ust. 3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1) Użytkownik rusztowania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 i osoba odpowiedzialna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2) Przeznaczenie rusztowania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roboty murowe, elewacyjne, ochronne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3) Wykonawca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telefonu wykonawcy montażu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4) Dopuszczalne obciążenie pomostów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wg dokumentacji producenta lub projektu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Dopuszczalne obciążenie konstrukcji rusztowania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5) Data przekazania rusztowania do użytkowania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6) Oporność uziomu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wynik pomiaru, numer i data protokołu pomiaru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7) Terminy kolejnych przeglądów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najmniej raz w miesiącu oraz po zdarzeniach z § 127 ust. 1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Monterzy rusztowania (§ 109)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3946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 montera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Uprawnienia: rodzaj i numer dokumentu (np. wpis w książce operatora: montaż i demontaż rusztowań metalowych)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3946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Oględziny przed odbiorem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Lista pomocnicza. Zakres sprawdzenia wynika z instrukcji producenta albo projektu indywidualnego.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zmontowane zgodnie z dokumentacją producenta albo projektem indywidualnym (§ 108)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podłoże ustabilizowane i wyprofilowane, ze spadkiem umożliwiającym odpływ wód opadowych (§ 114)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liczba i rozmieszczenie zakotwień zgodne z projektem lub dokumentacją producenta (§ 115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pomosty kompletne; balustrada: poręcz ochronna na wysokości 1,1 m (w rusztowaniach systemowych dopuszczalnie 1 m), deska krawężnikowa 0,15 m, wypełniona przestrzeń między nimi (§ 15 ust. 2-3, § 112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odsunięciu rusztowania od ściany ponad 0,2 m balustrada także od strony ściany (§ 115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piony komunikacyjne; w rusztowaniach stojakowych stanowisko najwyżej 20 m od pionu, piony najwyżej 40 m od siebie (§ 113)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metalowe uziemione i z instalacją piorunochronną (§ 117)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drogach, ulicach i przejściach: daszki ochronne i osłona z siatek ochronnych (§ 119)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tablica z wykonawcą montażu (imię i nazwisko albo nazwa, telefon) i dopuszczalnymi obciążeniami (§ 111 ust. 1)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Wynik odbioru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odebrane i przekazane do użytkowania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rusztowanie odebrane z zastrzeżeniami opisanymi poniżej (z terminem usunięcia)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odmowa odbioru: rusztowania nie wolno używać do czasu usunięcia usterek i ponownego odbioru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Uwagi, usterki i terminy ich usunięcia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Użytkowanie rusztowania jest dopuszczalne po dokonaniu jego odbioru przez kierownika budowy lub uprawnioną osobę (§ 110 ust. 1). Odbiór potwierdza się wpisem w dzienniku budowy lub w protokole odbioru technicznego (§ 110 ust. 2).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Odbierający: kierownik budowy lub uprawniona osoba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 montażu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Użytkownik rusztowania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Rejestr przeglądów rusztowania (§ 127)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Rusztowanie sprawdza kierownik budowy lub uprawniona osoba każdorazowo po silnym wietrze, opadach atmosferycznych i działaniu innych czynników stwarzających zagrożenie dla bezpieczeństwa wykonania prac, po przerwach roboczych dłuższych niż 10 dni oraz okresowo, nie rzadziej niż raz w miesiącu (§ 127 ust. 1). Zakres sprawdzenia określa instrukcja producenta lub projekt indywidualny (§ 127 ust. 2).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183"/>
        <w:gridCol w:w="2367"/>
        <w:gridCol w:w="2959"/>
        <w:gridCol w:w="1578"/>
        <w:gridCol w:w="1183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Powód: okresowy, wiatr, opady, przerwa ponad 10 dni, inny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i usterki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Sprawdził (podpis)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Następny przegląd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1183"/>
          </w:tcPr>
          <w:p/>
        </w:tc>
        <w:tc>
          <w:tcPr>
            <w:tcW w:type="dxa" w:w="2367"/>
          </w:tcPr>
          <w:p/>
        </w:tc>
        <w:tc>
          <w:tcPr>
            <w:tcW w:type="dxa" w:w="2959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Treść tablicy na rusztowaniu (§ 111 ust.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telefonu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Dopuszczalne obciążenie pomostów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Dopuszczalne obciążenie konstrukcji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Technicznego Rusztowania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