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ODBIORU TERENU PO ROBOTACH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stan terenu budowy oraz korzystanych dróg i nieruchomości po zakończeniu robót (art. 57 ust. 1 pkt 2 lit. b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Przyjmujący teren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inwestor, przedstawiciel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 teren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wykonawca, kierownik budowy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 sąsiedniej nieruchomości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korzystano (art. 47 PB)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Inspektor nadzoru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Budowa i podstawa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adres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działki ewidencyjne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przejęcia terenu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 (art. 22 pkt 1 PB)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Wejście na sąsiednią nieruchomość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zgoda / decyzja (art. 47 ust. 1–2 PB)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Zajęcie pasa drogowego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zezwolenie nr, zwrot dnia (art. 47 ust. 4 PB)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Zakres odbieranego terenu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teren budowy z zapleczem (art. 3 pkt 10 PB)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droga / ulica: 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sąsiednia nieruchomość, budynek lub lokal: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część terenu przekazywana przez podwykonawcę: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Lista kontrolna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690"/>
        <w:gridCol w:w="690"/>
        <w:gridCol w:w="887"/>
        <w:gridCol w:w="2071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Tak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 dot.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Odpady, gruz i resztki materiałów usunięte, dokumenty przekazania odpadów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Zaplecze, kontenery, magazyny i składowiska zlikwidowane (§ 8 rozp. BHP)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Ogrodzenie, bramy, tablica informacyjna i znaki zdemontowane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Przyłącza tymczasowe energii i wody odłączone, liczniki spisane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Drogi, zjazdy i chodniki oczyszczone i naprawione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Zieleń i elementy chronione w stanie z protokołu przejęcia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Punkty osnowy geodezyjnej nienaruszone albo odtworzone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Studzienki, rowy i odwodnienia drożne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Teren wyrównany, wykopy zasypane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07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Usterki do usunięcia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1973"/>
        <w:gridCol w:w="1381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 i miejsce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usuwa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Usunięto: data, 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Szkody na nieruchomości sąsiedniej (art. 47 ust. 3 PB)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749"/>
        <w:gridCol w:w="2762"/>
        <w:gridCol w:w="1183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szkody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Naprawa / rekompensata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właściciela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749"/>
          </w:tcPr>
          <w:p/>
        </w:tc>
        <w:tc>
          <w:tcPr>
            <w:tcW w:type="dxa" w:w="2762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749"/>
          </w:tcPr>
          <w:p/>
        </w:tc>
        <w:tc>
          <w:tcPr>
            <w:tcW w:type="dxa" w:w="2762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749"/>
          </w:tcPr>
          <w:p/>
        </w:tc>
        <w:tc>
          <w:tcPr>
            <w:tcW w:type="dxa" w:w="2762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Dokumentacja zdjęciowa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Zdjęcia przed robotami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Zdjęcia po robotach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Ustalenia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teren przyjęto bez uwag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teren przyjęto z usterkami z pkt 5 i 6, do usunięcia w podanych terminach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odmowa przyjęcia terenu, powód: 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Przekazujący: wykonawca / kierownik budowy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Przyjmujący: inwestor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Właściciel sąsiedniej nieruchomości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Potwierdzenie usunięcia usterek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Usterki z pkt 5 i 6 usunięto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Potwierdzam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 przyjmującego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zawiadomienia o zakończeniu budowy lub wniosku o pozwolenie na użytkowanie inwestor dołącza oświadczenie kierownika budowy o doprowadzeniu do należytego stanu i porządku terenu budowy, a także, w razie korzystania, drogi, ulicy, sąsiedniej nieruchomości, budynku lub lokalu (art. 57 ust. 1 pkt 2 lit. b Prawa budowlanego). Inwestor, po zakończeniu robót, jest obowiązany naprawić szkody powstałe w wyniku korzystania z sąsiedniej nieruchomości, budynku lub lokalu, na zasadach Kodeksu cywilnego (art. 47 ust. 3). Teren budowy to przestrzeń, w której prowadzone są roboty budowlane, wraz z przestrzenią zajmowaną przez urządzenia zaplecza budowy (art. 3 pkt 10). Protokół nie zastępuje oświadczenia kierownika budowy.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Terenu Po Robotach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