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OGLĘDZIN MIEJSCA WYPADKU PRZY PRACY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§ 3 i § 7 ust. 1 pkt 1–2 rozporządzenia RM z 1 lipca 2009 r. (Dz.U. nr 105 poz. 870)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oględzin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Dotyczy wypadku z dnia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godzina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Poszkodowany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nazwisko, stanowisko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wypadku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budowa, obiekt, kondygnacja, oś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Zespół i osoby obecne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Członkowie zespołu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Osoby obecne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kierownik budowy, przedstawiciel gospodarza terenu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Zabezpieczenie miejsca wypadku (§ 3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miejsce niedostępne dla osób niepowołanych: taśma / ogrodzenie / strażnik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maszyny i urządzenia wstrzymane w związku z wypadkiem nie były uruchamiane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zmieniano położenia maszyn i przedmiotów, które spowodowały wypadek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zmiany dokonane przed oględzinami w celu ratowania osób lub mienia (§ 3 ust. 4): opis poniżej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Kto i kiedy zabezpieczył miejsce; zmiany przed oględzinami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Opis miejsca i warunków pracy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Pogoda, temperatura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Oświetlenie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Podłoże, przejścia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Wysokość, głębokość, odległości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wymiary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 miejsca wypadku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Maszyny, urządzenia i środki ochrony (§ 7 ust. 1 pkt 1)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946"/>
        <w:gridCol w:w="3946"/>
        <w:gridCol w:w="1973"/>
      </w:tblGrid>
      <w:tr>
        <w:trPr>
          <w:cantSplit/>
        </w:trPr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Maszyna / urządzenie / zabezpieczenie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 stwierdzony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Zdjęcie nr</w:t>
            </w:r>
          </w:p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Maszyna lub narzędzie</w:t>
            </w:r>
          </w:p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Rusztowanie, drabina, podest</w:t>
            </w:r>
          </w:p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Balustrady, siatki, obudowa wykopu</w:t>
            </w:r>
          </w:p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Środki ochrony indywidualnej poszkodowanego</w:t>
            </w:r>
          </w:p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Oznakowanie, osłony, wyłączniki</w:t>
            </w:r>
          </w:p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Szkic miejsca wypadku (§ 7 ust. 1 pkt 2)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Szkic z wymiarami, kierunkami i położeniem poszkodowanego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Fotografie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7103"/>
        <w:gridCol w:w="197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</w:t>
            </w:r>
          </w:p>
        </w:tc>
        <w:tc>
          <w:tcPr>
            <w:tcW w:type="dxa" w:w="710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przedstawia, z jakiego kierunku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Godzina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710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710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710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710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710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7103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Zgoda na uruchomienie maszyn i zmiany w miejscu wypadku (§ 3 ust. 2 i 3)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zgody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Uzgodniono ze społecznym inspektorem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podpis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Przy wypadku śmiertelnym, ciężkim, zbiorowym: uzgodnienie z inspektorem pracy i prokuratorem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kiedy, z kim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Członek zespołu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Członek zespołu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Oględzin Miejsca Wypadku Przy Pracy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