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PRÓBY SZCZELNOŚCI INSTALACJI GAZOWEJ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protokół badania do zawiadomienia o zakończeniu budowy, wniosku o pozwolenie na użytkowanie albo kontroli okresowej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próby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rodzaj, adres, działka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Inwestor lub właściciel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nazwa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instalacji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Kierownik budowy lub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nr uprawnień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 instalacji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autor, numer,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Dostawca gazu, nr umowy lub warunków przyłączenia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Powód próby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odbiór nowej instalacji, załącznik do zawiadomienia o zakończeniu budowy lub wniosku o pozwolenie na użytkowanie (art. 57 ust. 1 pkt 4 lit. a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budynek mieszkalny jednorodzinny, formularz PB-16a (art. 57 ust. 1b)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gazowa w użytkowanym budynku, roboty na zgłoszenie (art. 29 ust. 3 pkt 3 lit. d)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kontrola okresowa instalacji gazowej (art. 62 ust. 1 pkt 1 lit. c)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Badany odcinek instalacji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gazu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ziemny, płynny (LPG)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kurka głównego do kurków przy odbiornikach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Materiał rur i rodzaj połączeń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Średnice i łączna długość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instalacji podczas próby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odsłonięta, przed zakryciem bruzd i malowaniem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Kondygnacje, piony, pomieszczenia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Warunki próby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340"/>
        <w:gridCol w:w="2367"/>
        <w:gridCol w:w="3157"/>
      </w:tblGrid>
      <w:tr>
        <w:trPr>
          <w:cantSplit/>
        </w:trPr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Parametr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Wartość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medium próbne (powietrze, gaz obojętny)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ciśnienie próbne [kPa], według projektu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czas stabilizacji [min]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czas próby [min]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ciśnienie na początku próby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ciśnienie na końcu próby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spadek ciśnienia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temperatura otoczenia na początku i na końcu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przyrząd pomiarowy: typ, numer, zakres, klasa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  <w:tr>
        <w:trPr>
          <w:trHeight w:val="481" w:hRule="atLeast"/>
          <w:cantSplit/>
        </w:trPr>
        <w:tc>
          <w:tcPr>
            <w:tcW w:type="dxa" w:w="4340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świadectwo wzorcowania przyrządu: numer, data</w:t>
            </w:r>
          </w:p>
        </w:tc>
        <w:tc>
          <w:tcPr>
            <w:tcW w:type="dxa" w:w="2367"/>
          </w:tcPr>
          <w:p/>
        </w:tc>
        <w:tc>
          <w:tcPr>
            <w:tcW w:type="dxa" w:w="315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Prawo budowlane wymaga protokołu badań instalacji, ale nie podaje ciśnienia ani czasu próby. Wartości wpisuje się według projektu instalacji, wymagań dostawcy gazu i normy przyjętej w projekcie.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Odbiorniki i kurki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170"/>
        <w:gridCol w:w="1973"/>
        <w:gridCol w:w="2170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 gazowe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Pomieszczenie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Kurek przed urządzeniem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 podczas próby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170"/>
          </w:tcPr>
          <w:p/>
        </w:tc>
        <w:tc>
          <w:tcPr>
            <w:tcW w:type="dxa" w:w="1973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Stan podczas próby: urządzenie odłączone i wylot zaślepiony albo kurek zamknięty.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Wynik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SZCZELNA: ciśnienie utrzymane przez czas próby, spadek w granicach dopuszczonych w projekcie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instalacja NIESZCZELNA: wymaga naprawy i ponownej próby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Miejsca nieszczelności, sposób usunięcia i data ponownej próby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Osoba wykonująca próbę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Uprawnienia budowlane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specjalność instalacyjna, numer, organ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Wpis na listę członków izby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(art. 12 ust. 7)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Inne kwalifikacje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kontroli okresowej (art. 62 ust. 5)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2986"/>
        <w:gridCol w:w="453"/>
        <w:gridCol w:w="2986"/>
        <w:gridCol w:w="453"/>
        <w:gridCol w:w="2986"/>
      </w:tblGrid>
      <w:tr>
        <w:trPr>
          <w:trHeight w:val="850" w:hRule="atLeast"/>
          <w:cantSplit/>
        </w:trPr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  <w:tc>
          <w:tcPr>
            <w:tcW w:type="dxa" w:w="453"/>
          </w:tcPr>
          <w:p/>
        </w:tc>
        <w:tc>
          <w:tcPr>
            <w:tcW w:type="dxa" w:w="2986"/>
          </w:tcPr>
          <w:p/>
        </w:tc>
      </w:tr>
      <w:tr>
        <w:trPr>
          <w:cantSplit/>
        </w:trPr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Wykonujący próbę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Kierownik budowy lub robót</w:t>
            </w:r>
          </w:p>
        </w:tc>
        <w:tc>
          <w:tcPr>
            <w:tcW w:type="dxa" w:w="453"/>
          </w:tcPr>
          <w:p/>
        </w:tc>
        <w:tc>
          <w:tcPr>
            <w:tcW w:type="dxa" w:w="298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Inwestor, właściciel lub inspektor nadzoru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Do zawiadomienia o zakończeniu budowy i wniosku o pozwolenie na użytkowanie dołącza się protokoły badań i sprawdzeń przyłączy i instalacji, sporządzone przez osoby posiadające uprawnienia budowlane w odpowiedniej specjalności (art. 57 ust. 1 pkt 4 lit. a). Przy budynku mieszkalnym jednorodzinnym protokół badania szczelności instalacji gazowej dołącza się zawsze (art. 57 ust. 1b). Zamiast oryginału można dołączyć kopię (art. 57 ust. 1c). Przepisy nie podają wzoru protokołu.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Próby Szczelności Instalacji Gazowej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