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PRZEGLĄDU GWARANCYJNEGO NR ......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oględziny obiektu w okresie gwarancji lub rękojmi (art. 638, art. 577 i art. 581 Kodeksu cywilnego)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przeglądu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obiekt, adres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Umowa i odbiór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Odbiór końcowy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protokół nr,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gwarancji / rękojmi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... do ...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przegląd okresowy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przegląd przed upływem gwarancji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przegląd pogwarancyjny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Komisja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959"/>
        <w:gridCol w:w="2466"/>
        <w:gridCol w:w="3946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 (inwestor, wykonawca, podwykonawca, zarządca)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394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Stwierdzone wady i usterki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959"/>
        <w:gridCol w:w="1775"/>
        <w:gridCol w:w="887"/>
        <w:gridCol w:w="1183"/>
        <w:gridCol w:w="1282"/>
        <w:gridCol w:w="1282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Lokalizacja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Zdjęcie nr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Ocena (W / U / B)*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usunięcia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 stron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* W – wada objęta gwarancją lub rękojmią; U – usterka wynikająca z eksploatacji; B – brak wady.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Wpływ na okres gwarancji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istotna naprawa / wymiana: termin gwarancji biegnie na nowo od zwrócenia rzeczy naprawionej (art. 581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przedłużenie gwarancji o czas, w którym nie można było korzystać z obiektu (art. 581 § 2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bez wpływu na okres gwarancji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stron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Inwestor / zamawiający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Wykonawca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Do gwarancji na wykonane roboty stosuje się odpowiednio przepisy o gwarancji przy sprzedaży (art. 638 § 2 KC), a do rękojmi przepisy o rękojmi przy sprzedaży (art. 638 § 1 i art. 656 § 1 KC, Dz.U. 2026 poz. 795). Okres gwarancji i harmonogram przeglądów określa umowa albo karta gwarancyjna.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Gwarancyjnego Nr ......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