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PRZEKAZANIA DOKUMENTACJI POWYKONAWCZEJ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dokumentacja budowy ze zmianami i pomiarami powykonawczymi oraz dokumenty odbiorowe (art. 3 pkt 14, art. 57 i art. 60 Prawa budowlanego)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przekazania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Przekazujący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wykonawca / podwykonawca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Przyjmujący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/ generalny wykonawca / zarządca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Dokumentacja budowy i powykonawcza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636"/>
        <w:gridCol w:w="1775"/>
        <w:gridCol w:w="1183"/>
        <w:gridCol w:w="2269"/>
      </w:tblGrid>
      <w:tr>
        <w:trPr>
          <w:cantSplit/>
        </w:trPr>
        <w:tc>
          <w:tcPr>
            <w:tcW w:type="dxa" w:w="463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Dokument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Forma (papier / plik)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Liczba egz.</w:t>
            </w:r>
          </w:p>
        </w:tc>
        <w:tc>
          <w:tcPr>
            <w:tcW w:type="dxa" w:w="226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Przekazano (tak / nie, uwagi)</w:t>
            </w:r>
          </w:p>
        </w:tc>
      </w:tr>
      <w:tr>
        <w:trPr>
          <w:trHeight w:val="481" w:hRule="atLeast"/>
          <w:cantSplit/>
        </w:trPr>
        <w:tc>
          <w:tcPr>
            <w:tcW w:type="dxa" w:w="463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Dziennik budowy: oryginał papierowy albo numer dziennika elektronicznego</w:t>
            </w:r>
          </w:p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2269"/>
          </w:tcPr>
          <w:p/>
        </w:tc>
      </w:tr>
      <w:tr>
        <w:trPr>
          <w:trHeight w:val="481" w:hRule="atLeast"/>
          <w:cantSplit/>
        </w:trPr>
        <w:tc>
          <w:tcPr>
            <w:tcW w:type="dxa" w:w="463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Projekt techniczny z naniesionymi zmianami, rysunki zamienne</w:t>
            </w:r>
          </w:p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2269"/>
          </w:tcPr>
          <w:p/>
        </w:tc>
      </w:tr>
      <w:tr>
        <w:trPr>
          <w:trHeight w:val="481" w:hRule="atLeast"/>
          <w:cantSplit/>
        </w:trPr>
        <w:tc>
          <w:tcPr>
            <w:tcW w:type="dxa" w:w="463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Oświadczenie kierownika budowy (art. 57 ust. 1 pkt 2)</w:t>
            </w:r>
          </w:p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2269"/>
          </w:tcPr>
          <w:p/>
        </w:tc>
      </w:tr>
      <w:tr>
        <w:trPr>
          <w:trHeight w:val="481" w:hRule="atLeast"/>
          <w:cantSplit/>
        </w:trPr>
        <w:tc>
          <w:tcPr>
            <w:tcW w:type="dxa" w:w="463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Protokoły badań i sprawdzeń przyłączy i instalacji</w:t>
            </w:r>
          </w:p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2269"/>
          </w:tcPr>
          <w:p/>
        </w:tc>
      </w:tr>
      <w:tr>
        <w:trPr>
          <w:trHeight w:val="481" w:hRule="atLeast"/>
          <w:cantSplit/>
        </w:trPr>
        <w:tc>
          <w:tcPr>
            <w:tcW w:type="dxa" w:w="463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Protokoły odbiorów robót zanikających i ulegających zakryciu</w:t>
            </w:r>
          </w:p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2269"/>
          </w:tcPr>
          <w:p/>
        </w:tc>
      </w:tr>
      <w:tr>
        <w:trPr>
          <w:trHeight w:val="481" w:hRule="atLeast"/>
          <w:cantSplit/>
        </w:trPr>
        <w:tc>
          <w:tcPr>
            <w:tcW w:type="dxa" w:w="463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Dokumentacja geodezyjna z inwentaryzacji powykonawczej z mapą</w:t>
            </w:r>
          </w:p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2269"/>
          </w:tcPr>
          <w:p/>
        </w:tc>
      </w:tr>
      <w:tr>
        <w:trPr>
          <w:trHeight w:val="481" w:hRule="atLeast"/>
          <w:cantSplit/>
        </w:trPr>
        <w:tc>
          <w:tcPr>
            <w:tcW w:type="dxa" w:w="463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Świadectwo charakterystyki energetycznej (budynki)</w:t>
            </w:r>
          </w:p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2269"/>
          </w:tcPr>
          <w:p/>
        </w:tc>
      </w:tr>
      <w:tr>
        <w:trPr>
          <w:trHeight w:val="481" w:hRule="atLeast"/>
          <w:cantSplit/>
        </w:trPr>
        <w:tc>
          <w:tcPr>
            <w:tcW w:type="dxa" w:w="463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Potwierdzenia odbioru wykonanych przyłączy</w:t>
            </w:r>
          </w:p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2269"/>
          </w:tcPr>
          <w:p/>
        </w:tc>
      </w:tr>
      <w:tr>
        <w:trPr>
          <w:trHeight w:val="481" w:hRule="atLeast"/>
          <w:cantSplit/>
        </w:trPr>
        <w:tc>
          <w:tcPr>
            <w:tcW w:type="dxa" w:w="4636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2269"/>
          </w:tcPr>
          <w:p/>
        </w:tc>
      </w:tr>
      <w:tr>
        <w:trPr>
          <w:trHeight w:val="481" w:hRule="atLeast"/>
          <w:cantSplit/>
        </w:trPr>
        <w:tc>
          <w:tcPr>
            <w:tcW w:type="dxa" w:w="4636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2269"/>
          </w:tcPr>
          <w:p/>
        </w:tc>
      </w:tr>
      <w:tr>
        <w:trPr>
          <w:trHeight w:val="481" w:hRule="atLeast"/>
          <w:cantSplit/>
        </w:trPr>
        <w:tc>
          <w:tcPr>
            <w:tcW w:type="dxa" w:w="4636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226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Dokumenty do eksploatacji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5919"/>
        <w:gridCol w:w="1973"/>
        <w:gridCol w:w="1479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591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Instrukcja obsługi / DTR / deklaracja właściwości użytkowych / karta gwarancyjna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Urządzenie lub wyrób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Forma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5919"/>
          </w:tcPr>
          <w:p/>
        </w:tc>
        <w:tc>
          <w:tcPr>
            <w:tcW w:type="dxa" w:w="197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5919"/>
          </w:tcPr>
          <w:p/>
        </w:tc>
        <w:tc>
          <w:tcPr>
            <w:tcW w:type="dxa" w:w="197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5919"/>
          </w:tcPr>
          <w:p/>
        </w:tc>
        <w:tc>
          <w:tcPr>
            <w:tcW w:type="dxa" w:w="197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5919"/>
          </w:tcPr>
          <w:p/>
        </w:tc>
        <w:tc>
          <w:tcPr>
            <w:tcW w:type="dxa" w:w="197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5919"/>
          </w:tcPr>
          <w:p/>
        </w:tc>
        <w:tc>
          <w:tcPr>
            <w:tcW w:type="dxa" w:w="197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5919"/>
          </w:tcPr>
          <w:p/>
        </w:tc>
        <w:tc>
          <w:tcPr>
            <w:tcW w:type="dxa" w:w="1973"/>
          </w:tcPr>
          <w:p/>
        </w:tc>
        <w:tc>
          <w:tcPr>
            <w:tcW w:type="dxa" w:w="147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Braki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4439"/>
        <w:gridCol w:w="2466"/>
        <w:gridCol w:w="2466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43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Brakujący dokument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Odpowiedzialny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uzupełnienia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4439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4439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4439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4439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dokumentacja przekazana w komplecie, bez braków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dokumentacja przekazana z brakami wymienionymi w pkt 3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Przekazujący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Przyjmujący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Dokumentacja powykonawcza to dokumentacja budowy z naniesionymi zmianami dokonanymi w toku wykonywania robót oraz geodezyjnymi pomiarami powykonawczymi (art. 3 pkt 14 Prawa budowlanego, Dz.U. 2026 poz. 524). Przygotowuje ją kierownik budowy (art. 22 pkt 8). Inwestor, oddając obiekt do użytkowania, przekazuje właścicielowi albo zarządcy dokumentację budowy i dokumentację powykonawczą (art. 60 ust. 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Przekazania Dokumentacji Powykonawczej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