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PRZEKAZANIA DOKUMENTACJI PROJEKTOWEJ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projekt budowlany, projekt techniczny i dokumentacja wykonawcza przekazywane wykonawcy (art. 647 KC, art. 45a ust. 1 pkt 2 Prawa budowlanego)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przekazania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Miejsce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Przekazujący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/ generalny wykonawca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Przyjmujący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wykonawca / podwykonawca / kierownik budowy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Pozwolenie na budowę albo zgłoszenie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numer, data, organ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przekazanie przed rozpoczęciem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przekazanie nowej rewizji / rysunków zamiennych (zastępuje protokół z dnia ............)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Projekt budowlany (art. 34 ust. 3 Prawa budowlanego)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1775"/>
        <w:gridCol w:w="1775"/>
        <w:gridCol w:w="986"/>
        <w:gridCol w:w="1381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Część projektu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rewizji / data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Forma (papier / PDF / DWG)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egz.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Projekt zagospodarowania działki lub terenu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Projekt architektoniczno-budowlany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Projekt techniczny: konstrukcja z obliczeniami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Projekt techniczny: charakterystyka energetyczna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Projekt techniczny: rozwiązania techniczne i materiałowe (branże)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Dokumentacja geologiczno-inżynierska / geotechniczne warunki posadowienia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Dokumentacja wykonawcza i pozostałe dokumenty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3946"/>
        <w:gridCol w:w="1775"/>
        <w:gridCol w:w="1775"/>
        <w:gridCol w:w="986"/>
        <w:gridCol w:w="1381"/>
      </w:tblGrid>
      <w:tr>
        <w:trPr>
          <w:cantSplit/>
        </w:trPr>
        <w:tc>
          <w:tcPr>
            <w:tcW w:type="dxa" w:w="394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Nr rewizji / data</w:t>
            </w:r>
          </w:p>
        </w:tc>
        <w:tc>
          <w:tcPr>
            <w:tcW w:type="dxa" w:w="1775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Forma (papier / PDF / DWG)</w:t>
            </w:r>
          </w:p>
        </w:tc>
        <w:tc>
          <w:tcPr>
            <w:tcW w:type="dxa" w:w="98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Liczba egz.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Uwagi</w:t>
            </w:r>
          </w:p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Projekty wykonawcze branżowe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Specyfikacje techniczne wykonania i odbioru robót (STWiOR)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Przedmiar robót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Opinie, uzgodnienia, pozwolenia (art. 33 ust. 2 pkt 1)</w:t>
            </w:r>
          </w:p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3946"/>
          </w:tcPr>
          <w:p/>
        </w:tc>
        <w:tc>
          <w:tcPr>
            <w:tcW w:type="dxa" w:w="1775"/>
          </w:tcPr>
          <w:p/>
        </w:tc>
        <w:tc>
          <w:tcPr>
            <w:tcW w:type="dxa" w:w="1775"/>
          </w:tcPr>
          <w:p/>
        </w:tc>
        <w:tc>
          <w:tcPr>
            <w:tcW w:type="dxa" w:w="986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Braki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"/>
        <w:gridCol w:w="4439"/>
        <w:gridCol w:w="2466"/>
        <w:gridCol w:w="2466"/>
      </w:tblGrid>
      <w:tr>
        <w:trPr>
          <w:cantSplit/>
        </w:trPr>
        <w:tc>
          <w:tcPr>
            <w:tcW w:type="dxa" w:w="49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443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Brakujący tom lub rysunek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Dostarcza</w:t>
            </w:r>
          </w:p>
        </w:tc>
        <w:tc>
          <w:tcPr>
            <w:tcW w:type="dxa" w:w="2466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</w:t>
            </w:r>
          </w:p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443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443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443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  <w:tr>
        <w:trPr>
          <w:trHeight w:val="481" w:hRule="atLeast"/>
          <w:cantSplit/>
        </w:trPr>
        <w:tc>
          <w:tcPr>
            <w:tcW w:type="dxa" w:w="493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4439"/>
          </w:tcPr>
          <w:p/>
        </w:tc>
        <w:tc>
          <w:tcPr>
            <w:tcW w:type="dxa" w:w="2466"/>
          </w:tcPr>
          <w:p/>
        </w:tc>
        <w:tc>
          <w:tcPr>
            <w:tcW w:type="dxa" w:w="2466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dokumentacja przekazana w komplecie, bez braków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dokumentacja przekazana z brakami wymienionymi w pkt 3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przyjmującego (np. kolizje, rozbieżności między branżami)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Przekazujący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Przyjmujący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Inwestor zobowiązuje się dostarczyć projekt (art. 647 KC, Dz.U. 2026 poz. 795), a wymagana przez przepisy dokumentacja jest częścią składową umowy (art. 648 § 2 KC). Kierownik budowy przed rozpoczęciem budowy potwierdza wpisem w dzienniku budowy otrzymanie od inwestora zatwierdzonego projektu budowlanego oraz, o ile jest wymagany, projektu technicznego (art. 45a ust. 1 pkt 2 Prawa budowlanego, Dz.U. 2026 poz. 524).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Przekazania Dokumentacji Projektowej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