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PRZEKAZANIA NARZĘDZI, SPRZĘTU I ŚRODKÓW OCHRONY INDYWIDUALNEJ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mienie powierzone pracownikowi z obowiązkiem zwrotu (art. 124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przekazania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lub magazyn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stanowisko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Przekazane mienie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1677"/>
        <w:gridCol w:w="789"/>
        <w:gridCol w:w="1973"/>
        <w:gridCol w:w="986"/>
        <w:gridCol w:w="98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narzędzia, sprzętu lub ŚOI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seryjny / ewidencyjny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(nowy / używany, uwagi)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(zł)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zwrotu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elektronarzędziach wpisz numer seryjny i datę ostatniego przeglądu, przy ŚOI (szelki, kask, ochronniki słuchu) datę produkcji lub termin przydatności.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Oświadczenie pracownika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Potwierdzam odbiór mienia wymienionego w pkt 1 w stanie opisanym w tabeli. Zobowiązuję się używać go zgodnie z przeznaczeniem, dbać o jego stan i zwrócić je na żądanie pracodawcy albo przy zakończeniu pracy na budowie lub rozwiązaniu umowy.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otrzymałem instrukcję obsługi lub instruktaż stanowiskowy dotyczący przekazanych narzędzi i sprzętu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pracodawca zapewnia miejsce do bezpiecznego przechowywania mienia: 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Zwrot mienia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1973"/>
        <w:gridCol w:w="2959"/>
        <w:gridCol w:w="1381"/>
        <w:gridCol w:w="2367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 (jak w pkt 1)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Zwrócono (tak / nie / częściowo)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przy zwrocie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zwrotu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 (braki, uszkodzenia)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Ustalenia dotyczące braków lub uszkodzeń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 zwrot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Pracownik, któremu powierzono z obowiązkiem zwrotu narzędzia, instrumenty lub podobne przedmioty, a także środki ochrony indywidualnej oraz odzież i obuwie robocze, odpowiada w pełnej wysokości za szkodę w tym mieniu; może się od tej odpowiedzialności uwolnić, jeżeli wykaże, że szkoda powstała z przyczyn od niego niezależnych, zwłaszcza wskutek niezapewnienia przez pracodawcę warunków do zabezpieczenia mienia (art. 124 § 1 i § 3 KP, Dz.U. 2026 poz. 1245). Pracownik ma też obowiązek dbać o należyty stan narzędzi i sprzętu (art. 211 pkt 3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Narzędzi, Sprzętu I Środków Ochrony Indywidualnej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