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USUNIĘCIA WAD I USTEREK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potwierdzenie usunięcia wad wskazanych w protokole odbioru, wezwaniu lub zgłoszeniu gwarancyjnym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rozpoczęcia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zakończenia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Dokument, w którym wskazano wady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protokół odbioru częściowego / końcowego nr ........ z dnia 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wezwanie do usunięcia wad z dnia ........ (znak 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zgłoszenie gwarancyjne z dnia 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przegląd gwarancyjny z dnia 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Uczestnicy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762"/>
        <w:gridCol w:w="2762"/>
        <w:gridCol w:w="2565"/>
        <w:gridCol w:w="1775"/>
      </w:tblGrid>
      <w:tr>
        <w:trPr>
          <w:cantSplit/>
        </w:trPr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Strona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Telefon / e-mail</w:t>
            </w:r>
          </w:p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Zamawiający</w:t>
            </w:r>
          </w:p>
        </w:tc>
        <w:tc>
          <w:tcPr>
            <w:tcW w:type="dxa" w:w="2762"/>
          </w:tcPr>
          <w:p/>
        </w:tc>
        <w:tc>
          <w:tcPr>
            <w:tcW w:type="dxa" w:w="2565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Wykonawca</w:t>
            </w:r>
          </w:p>
        </w:tc>
        <w:tc>
          <w:tcPr>
            <w:tcW w:type="dxa" w:w="2762"/>
          </w:tcPr>
          <w:p/>
        </w:tc>
        <w:tc>
          <w:tcPr>
            <w:tcW w:type="dxa" w:w="2565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Inspektor nadzoru (jeśli uczestniczy)</w:t>
            </w:r>
          </w:p>
        </w:tc>
        <w:tc>
          <w:tcPr>
            <w:tcW w:type="dxa" w:w="2762"/>
          </w:tcPr>
          <w:p/>
        </w:tc>
        <w:tc>
          <w:tcPr>
            <w:tcW w:type="dxa" w:w="2565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Podwykonawca (jeśli usuwał wady)</w:t>
            </w:r>
          </w:p>
        </w:tc>
        <w:tc>
          <w:tcPr>
            <w:tcW w:type="dxa" w:w="2762"/>
          </w:tcPr>
          <w:p/>
        </w:tc>
        <w:tc>
          <w:tcPr>
            <w:tcW w:type="dxa" w:w="2565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/>
        </w:tc>
        <w:tc>
          <w:tcPr>
            <w:tcW w:type="dxa" w:w="2762"/>
          </w:tcPr>
          <w:p/>
        </w:tc>
        <w:tc>
          <w:tcPr>
            <w:tcW w:type="dxa" w:w="2565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Sprawdzenie wad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255"/>
        <w:gridCol w:w="2170"/>
        <w:gridCol w:w="1183"/>
        <w:gridCol w:w="1381"/>
        <w:gridCol w:w="1381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25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Wada (jak w dokumencie z pkt 2)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Sposób usunięcia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usunięcia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Usunięto (tak / nie / częściowo)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255"/>
          </w:tcPr>
          <w:p/>
        </w:tc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255"/>
          </w:tcPr>
          <w:p/>
        </w:tc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255"/>
          </w:tcPr>
          <w:p/>
        </w:tc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255"/>
          </w:tcPr>
          <w:p/>
        </w:tc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255"/>
          </w:tcPr>
          <w:p/>
        </w:tc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255"/>
          </w:tcPr>
          <w:p/>
        </w:tc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255"/>
          </w:tcPr>
          <w:p/>
        </w:tc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255"/>
          </w:tcPr>
          <w:p/>
        </w:tc>
        <w:tc>
          <w:tcPr>
            <w:tcW w:type="dxa" w:w="2170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Przepisz wady w tej samej kolejności i z tymi samymi numerami co w dokumencie z pkt 2. Przy każdej wadzie nieusuniętej albo usuniętej częściowo wpisz w uwagach, czego brakuje.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Ustalenia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wszystkie wady z pkt 4 zostały usunięte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wady nr ........ nie zostały usunięte; nowy termin usunięcia: 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trakcie sprawdzenia stwierdzono nowe wady, opisane w uwagach (wymagają osobnego zgłoszenia)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zamawiający zgłasza zastrzeżenia do sposobu usunięcia wad nr 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Czy usunięcie wad było istotną naprawą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nie, której części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Dokumenty dołączone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zdjęcia, protokoły badań, atesty materiałów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Jeśli w ramach gwarancji dokonano istotnej naprawy, termin gwarancji biegnie na nowo od zwrócenia rzeczy naprawionej, a przy wymianie części dla tej części (art. 581 § 1 KC w zw. z art. 638 § 2 KC). W innych przypadkach termin gwarancji przedłuża się o czas, w którym z obiektu nie można było korzystać z powodu wady (art. 581 § 2 KC).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stron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Zamawiający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Inspektor nadzoru (jeśli uczestniczy)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Usunięcia Wad I Usterek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