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WPROWADZENIA PODWYKONAWCY NA BUDOWĘ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przekazanie frontu robót i warunki wejścia ekipy podwykonawcy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rozpoczęcia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zakończenia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 lub robót generalnego 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Koordynator BHP (art. 208 § 1 pkt 2 KP)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robót lub osoba nadzorująca po stronie podwykonawcy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nazwisko, nr uprawnień, jeśli wymagane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Umowa i zakres robót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o podwykonawstwo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 podwykonawcy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Zgłoszenie podwykonawcy inwestorowi (art. 647¹ KC)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doręczenia, jeśli dokonano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Planowany termin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–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Front robót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Granice przekazanego frontu robót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obiekt, kondygnacja, osie, pomieszczenia, odcinek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frontu robót przy przekazaniu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roboty poprzedzające, usterki, zabezpieczenia, kolizje z robotami innych firm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wykonano dokumentację fotograficzną frontu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wskazano punkty odniesienia (osie, repery) i dokumentację, według której wykonywane są roboty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Zaplecze, media i logistyka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1775"/>
        <w:gridCol w:w="2959"/>
        <w:gridCol w:w="2170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Udostępniono (tak / nie)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/ punkt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licznika / uwagi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Pomieszczenie socjalne lub kontener</w:t>
            </w:r>
          </w:p>
        </w:tc>
        <w:tc>
          <w:tcPr>
            <w:tcW w:type="dxa" w:w="1775"/>
          </w:tcPr>
          <w:p/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Energia elektryczna</w:t>
            </w:r>
          </w:p>
        </w:tc>
        <w:tc>
          <w:tcPr>
            <w:tcW w:type="dxa" w:w="1775"/>
          </w:tcPr>
          <w:p/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Woda</w:t>
            </w:r>
          </w:p>
        </w:tc>
        <w:tc>
          <w:tcPr>
            <w:tcW w:type="dxa" w:w="1775"/>
          </w:tcPr>
          <w:p/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Toalety</w:t>
            </w:r>
          </w:p>
        </w:tc>
        <w:tc>
          <w:tcPr>
            <w:tcW w:type="dxa" w:w="1775"/>
          </w:tcPr>
          <w:p/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Miejsce składowania materiałów</w:t>
            </w:r>
          </w:p>
        </w:tc>
        <w:tc>
          <w:tcPr>
            <w:tcW w:type="dxa" w:w="1775"/>
          </w:tcPr>
          <w:p/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Gromadzenie odpadów</w:t>
            </w:r>
          </w:p>
        </w:tc>
        <w:tc>
          <w:tcPr>
            <w:tcW w:type="dxa" w:w="1775"/>
          </w:tcPr>
          <w:p/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Drogi, wjazd, rozładunek, dźwig</w:t>
            </w:r>
          </w:p>
        </w:tc>
        <w:tc>
          <w:tcPr>
            <w:tcW w:type="dxa" w:w="1775"/>
          </w:tcPr>
          <w:p/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BHP i koordynacja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podwykonawca przekazał instrukcję bezpiecznego wykonywania robót (IBWR) dla swojego zakresu i oświadcza, że zaznajomił z nią pracowników (§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generalny wykonawca przekazał wyciąg z planu BIOZ dla zakresu podwykonawcy oraz regulamin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generalny wykonawca przekazał informacje o zagrożeniach w strefie robót, działaniach ochronnych oraz osobach wyznaczonych do udzielania pierwszej pomocy, zwalczania pożarów i ewakuacji (art. 208 § 3 i art. 207¹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ustalono zasady współdziałania, sposób postępowania w razie zagrożenia oraz sposób zgłaszania wypadków i zdarzeń (art. 208 § 1 pkt 3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ustalono godziny pracy, zasady wejścia na teren budowy i identyfikacji osób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przeprowadzono instruktaż wprowadzający dla ekipy podwykonawcy (podpisy w pkt 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Dokumenty przekazane przez podwykonawcę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wykaz osób kierowanych na budowę z terminami ważności badań lekarskich, szkoleń BHP i uprawnień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uprawniające cudzoziemców do pracy (jeśli dotyczy)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uprawnienia budowlane kierownika robót (jeśli wymagane)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maszyn i urządzeń (dozór techniczny, przeglądy)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polisa OC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Osoby wprowadzone na budowę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170"/>
        <w:gridCol w:w="1479"/>
        <w:gridCol w:w="1183"/>
        <w:gridCol w:w="1183"/>
        <w:gridCol w:w="1578"/>
        <w:gridCol w:w="177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Badania ważne do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Szkolenie BHP do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Uprawnienia (rodzaj, do)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(instruktaż)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Uwagi, braki dokumentów i termin ich uzupełnienia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generalnego wykonawcę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Koordynator BHP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podwykonawcę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Wprowadzenia Podwykonawcy Na Budowę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