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PROTOKÓŁ WSTRZYMANIA ROBÓT BUDOWLANYCH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dokumentacja wstrzymania i wznowienia robót na budowie (art. 22 pkt 4 i 5, art. 26 pkt 2 Prawa budowlanego)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Protokół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Miejscowość, data i godzina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Budowa i umowa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Zamawiający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inwestor albo generalny wykonawca: nazwa, adres, NIP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generalny wykonawca albo podwykonawca: nazwa, adres, NIP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 i data zawarcia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Inwestycja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 budowy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Kto wstrzymuje roboty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kierownik budowy: możliwość powstania zagrożenia (art. 22 pkt 4 Prawa budowlanego)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inspektor nadzoru inwestorskiego: żądanie wstrzymania, gdy kontynuacja mogłaby wywołać zagrożenie albo niedopuszczalną niezgodność z projektem (art. 26 pkt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zamawiający na podstawie umowy (§ ........ umowy)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wykonawca z powodu przeszkody po stronie zamawiającego (zawiadomienie z dnia ........)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inny: ........................................................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Zakres wstrzymania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3354"/>
        <w:gridCol w:w="2565"/>
        <w:gridCol w:w="1677"/>
        <w:gridCol w:w="1775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Roboty wstrzymane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Miejsce (obiekt, kondygnacja, osie)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Od (data, godzina)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Firma wykonująca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354"/>
          </w:tcPr>
          <w:p/>
        </w:tc>
        <w:tc>
          <w:tcPr>
            <w:tcW w:type="dxa" w:w="2565"/>
          </w:tcPr>
          <w:p/>
        </w:tc>
        <w:tc>
          <w:tcPr>
            <w:tcW w:type="dxa" w:w="1677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354"/>
          </w:tcPr>
          <w:p/>
        </w:tc>
        <w:tc>
          <w:tcPr>
            <w:tcW w:type="dxa" w:w="2565"/>
          </w:tcPr>
          <w:p/>
        </w:tc>
        <w:tc>
          <w:tcPr>
            <w:tcW w:type="dxa" w:w="1677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354"/>
          </w:tcPr>
          <w:p/>
        </w:tc>
        <w:tc>
          <w:tcPr>
            <w:tcW w:type="dxa" w:w="2565"/>
          </w:tcPr>
          <w:p/>
        </w:tc>
        <w:tc>
          <w:tcPr>
            <w:tcW w:type="dxa" w:w="1677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354"/>
          </w:tcPr>
          <w:p/>
        </w:tc>
        <w:tc>
          <w:tcPr>
            <w:tcW w:type="dxa" w:w="2565"/>
          </w:tcPr>
          <w:p/>
        </w:tc>
        <w:tc>
          <w:tcPr>
            <w:tcW w:type="dxa" w:w="1677"/>
          </w:tcPr>
          <w:p/>
        </w:tc>
        <w:tc>
          <w:tcPr>
            <w:tcW w:type="dxa" w:w="177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wstrzymanie całości robót na budowie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wstrzymanie wskazanych robót, pozostałe trwają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Przyczyna i stan w chwili wstrzymania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Opis przyczyny (co stwierdzono, gdzie, kto stwierdził)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Wpis w dzienniku budowy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tom, strona,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Zawiadomienie organu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organ, data, sposób (art. 22 pkt 4)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Zabezpieczenie miejsca robót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co zrobiono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Zdjęcia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liczba, numery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Warunki wznowienia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4439"/>
        <w:gridCol w:w="2466"/>
        <w:gridCol w:w="2466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443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trzeba zrobić przed wznowieniem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Termin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4439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4439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4439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4439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Wznowienie robót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godzina wznowienia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Wpis w dzienniku budowy o wznowieniu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Warunki z pkt 5 spełnione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tak / częściowo, uwagi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Uwagi stron (np. wpływ na termin, przestoje sprzętu i ludzi)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2986"/>
        <w:gridCol w:w="453"/>
        <w:gridCol w:w="2986"/>
        <w:gridCol w:w="453"/>
        <w:gridCol w:w="2986"/>
      </w:tblGrid>
      <w:tr>
        <w:trPr>
          <w:trHeight w:val="850" w:hRule="atLeast"/>
          <w:cantSplit/>
        </w:trPr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</w:tr>
      <w:tr>
        <w:trPr>
          <w:cantSplit/>
        </w:trPr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Kierownik budowy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Inspektor nadzoru inwestorskiego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Przedstawiciel wykonawcy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Do podstawowych obowiązków kierownika budowy należy wstrzymanie robót budowlanych w przypadku stwierdzenia możliwości powstania zagrożenia oraz bezzwłoczne zawiadomienie o tym właściwego organu (art. 22 pkt 4 Prawa budowlanego), a także zawiadomienie inwestora o wpisie do dziennika budowy dotyczącym wstrzymania robót z powodu wykonywania ich niezgodnie z projektem (art. 22 pkt 5). Inspektor nadzoru inwestorskiego ma prawo żądać od kierownika budowy lub kierownika robót wstrzymania dalszych robót, gdyby ich kontynuacja mogła wywołać zagrożenie bądź spowodować niedopuszczalną niezgodność z projektem lub pozwoleniem na budowę (art. 26 pkt 2).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Wstrzymania Robót Budowlanych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