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WYDANIA I ZWROTU MASZYNY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sprzęt budowlany w najmie (art. 662 i 675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najmu nr / z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miejsce wydania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Wynajmujący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osoba wydająca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Najemca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osoba przyjmująca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producent, typ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/ rejestracyjny, rok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Wydanie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wydania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Licznik motogodzin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Poziom paliwa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1/2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instrukcja / DTR / decyzja UDT (§ 62–63 rozp.)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2"/>
        <w:gridCol w:w="1479"/>
        <w:gridCol w:w="3453"/>
      </w:tblGrid>
      <w:tr>
        <w:trPr>
          <w:cantSplit/>
        </w:trPr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Osprzęt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789"/>
        <w:gridCol w:w="1183"/>
        <w:gridCol w:w="3946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Uszkodzenie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/ nr zdjęcia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Wycieki oleju, paliwa, płynów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Gąsienice / opony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Łyżka, zęby, szybkozłącze, osprzęt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Siłowniki i przewody hydrauliczne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Kabina, oszklenie, lusterka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Oświetlenie, sygnał cofania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Gaśnica, apteczka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Lakier i karoseria</w:t>
            </w:r>
          </w:p>
        </w:tc>
        <w:tc>
          <w:tcPr>
            <w:tcW w:type="dxa" w:w="789"/>
          </w:tcPr>
          <w:p/>
        </w:tc>
        <w:tc>
          <w:tcPr>
            <w:tcW w:type="dxa" w:w="1183"/>
          </w:tcPr>
          <w:p/>
        </w:tc>
        <w:tc>
          <w:tcPr>
            <w:tcW w:type="dxa" w:w="394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Uszkodzenia i braki stwierdzone przy wydaniu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Wydający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Przyjmujący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Zwrot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zwrotu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Licznik motogodzin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Poziom paliwa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Dokumenty zwrócone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2"/>
        <w:gridCol w:w="1479"/>
        <w:gridCol w:w="3453"/>
      </w:tblGrid>
      <w:tr>
        <w:trPr>
          <w:cantSplit/>
        </w:trPr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Osprzęt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479"/>
          </w:tcPr>
          <w:p/>
        </w:tc>
        <w:tc>
          <w:tcPr>
            <w:tcW w:type="dxa" w:w="345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789"/>
        <w:gridCol w:w="1381"/>
        <w:gridCol w:w="3749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Nowe uszkodzenie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/ nr zdjęcia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Wycieki oleju, paliwa, płynów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Gąsienice / opony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Łyżka, zęby, szybkozłącze, osprzęt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Siłowniki i przewody hydrauliczne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Kabina, oszklenie, lusterka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Oświetlenie, sygnał cofania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Gaśnica, apteczka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Lakier i karoseria</w:t>
            </w:r>
          </w:p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374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Rozliczenie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Motogodziny w okresie najmu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Różnica paliwa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Nowe uszkodzenia ponad zwykłe zużycie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Uzgodniony sposób rozliczenia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Najemca zwraca rzecz w stanie niepogorszonym, ale nie odpowiada za zużycie będące następstwem prawidłowego używania (art. 675 § 1 KC). Domniemywa się, że rzecz była wydana najemcy w stanie dobrym i przydatnym do umówionego użytku (art. 675 § 3 KC), dlatego uszkodzenia istniejące przy wydaniu należy opisać w części 1.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Zwracający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Przyjmujący zwrot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Wydania I Zwrotu Maszyny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