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Z NARADY KOORDYNACYJNEJ BHP NA BUDOWIE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współpraca pracodawców pracujących w tym samym miejscu (art. 208 § 1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Narada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narady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Prowadzący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koordynator BHP: imię, nazwisko, firma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Protokołujący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Obecni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762"/>
        <w:gridCol w:w="2466"/>
        <w:gridCol w:w="2663"/>
        <w:gridCol w:w="1479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66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 (kierownik, brygadzista, BHP)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762"/>
          </w:tcPr>
          <w:p/>
        </w:tc>
        <w:tc>
          <w:tcPr>
            <w:tcW w:type="dxa" w:w="2466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762"/>
          </w:tcPr>
          <w:p/>
        </w:tc>
        <w:tc>
          <w:tcPr>
            <w:tcW w:type="dxa" w:w="2466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762"/>
          </w:tcPr>
          <w:p/>
        </w:tc>
        <w:tc>
          <w:tcPr>
            <w:tcW w:type="dxa" w:w="2466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762"/>
          </w:tcPr>
          <w:p/>
        </w:tc>
        <w:tc>
          <w:tcPr>
            <w:tcW w:type="dxa" w:w="2466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762"/>
          </w:tcPr>
          <w:p/>
        </w:tc>
        <w:tc>
          <w:tcPr>
            <w:tcW w:type="dxa" w:w="2466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762"/>
          </w:tcPr>
          <w:p/>
        </w:tc>
        <w:tc>
          <w:tcPr>
            <w:tcW w:type="dxa" w:w="2466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762"/>
          </w:tcPr>
          <w:p/>
        </w:tc>
        <w:tc>
          <w:tcPr>
            <w:tcW w:type="dxa" w:w="2466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762"/>
          </w:tcPr>
          <w:p/>
        </w:tc>
        <w:tc>
          <w:tcPr>
            <w:tcW w:type="dxa" w:w="2466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Roboty w najbliższym okresie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1973"/>
        <w:gridCol w:w="3255"/>
        <w:gridCol w:w="1381"/>
        <w:gridCol w:w="2762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Roboty i miejsce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Zagrożenia dla innych ekip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973"/>
          </w:tcPr>
          <w:p/>
        </w:tc>
        <w:tc>
          <w:tcPr>
            <w:tcW w:type="dxa" w:w="3255"/>
          </w:tcPr>
          <w:p/>
        </w:tc>
        <w:tc>
          <w:tcPr>
            <w:tcW w:type="dxa" w:w="1381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973"/>
          </w:tcPr>
          <w:p/>
        </w:tc>
        <w:tc>
          <w:tcPr>
            <w:tcW w:type="dxa" w:w="3255"/>
          </w:tcPr>
          <w:p/>
        </w:tc>
        <w:tc>
          <w:tcPr>
            <w:tcW w:type="dxa" w:w="1381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973"/>
          </w:tcPr>
          <w:p/>
        </w:tc>
        <w:tc>
          <w:tcPr>
            <w:tcW w:type="dxa" w:w="3255"/>
          </w:tcPr>
          <w:p/>
        </w:tc>
        <w:tc>
          <w:tcPr>
            <w:tcW w:type="dxa" w:w="1381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973"/>
          </w:tcPr>
          <w:p/>
        </w:tc>
        <w:tc>
          <w:tcPr>
            <w:tcW w:type="dxa" w:w="3255"/>
          </w:tcPr>
          <w:p/>
        </w:tc>
        <w:tc>
          <w:tcPr>
            <w:tcW w:type="dxa" w:w="1381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973"/>
          </w:tcPr>
          <w:p/>
        </w:tc>
        <w:tc>
          <w:tcPr>
            <w:tcW w:type="dxa" w:w="3255"/>
          </w:tcPr>
          <w:p/>
        </w:tc>
        <w:tc>
          <w:tcPr>
            <w:tcW w:type="dxa" w:w="1381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1973"/>
          </w:tcPr>
          <w:p/>
        </w:tc>
        <w:tc>
          <w:tcPr>
            <w:tcW w:type="dxa" w:w="3255"/>
          </w:tcPr>
          <w:p/>
        </w:tc>
        <w:tc>
          <w:tcPr>
            <w:tcW w:type="dxa" w:w="1381"/>
          </w:tcPr>
          <w:p/>
        </w:tc>
        <w:tc>
          <w:tcPr>
            <w:tcW w:type="dxa" w:w="276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Wpisz roboty, które w tym samym czasie prowadzi kilka firm albo które stwarzają zagrożenie dla innych: prace na wysokości nad przejściami, praca żurawia, spawanie, wykopy, prace przy instalacjach pod napięciem.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Ustalenia dotyczące współdziałania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strefy niebezpieczne i ich oznakowanie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kolejność i godziny prac kolidujących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drogi komunikacyjne, składowanie materiałów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zasady powiadamiania o zagrożeniu i sposób postępowania w razie wypadku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pozwolenia na prace szczególnie niebezpieczne i pożarowo niebezpieczne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nowi pracownicy i nowe firmy: instruktaż, dokumenty, dopuszczenie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ustaleń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Stwierdzone nieprawidłowości i zadania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946"/>
        <w:gridCol w:w="2466"/>
        <w:gridCol w:w="1381"/>
        <w:gridCol w:w="1578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Nieprawidłowość lub zadanie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Odpowiedzialny (firma, osoba)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Wykonano (data)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Informacje przekazane pracownikom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przekazania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odprawa, tablica, komunikator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przekazania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Następna narada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godzina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Koordynator BHP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Gdy w tym samym miejscu pracują pracownicy różnych pracodawców, pracodawcy ci mają obowiązek współpracować, wyznaczyć koordynatora sprawującego nadzór nad BHP wszystkich pracowników, ustalić zasady współdziałania na wypadek zagrożeń oraz informować siebie i pracowników o działaniach zapobiegających zagrożeniom (art. 208 § 1 KP, Dz.U. 2026 poz. 1245). Wyznaczenie koordynatora nie zwalnia poszczególnych pracodawców z obowiązku zapewnienia BHP swoim pracownikom (art. 208 § 2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Narady Koordynacyjnej Bhp Na Budowie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