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Z RADY BUDOWY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ustalenia uczestników inwestycji: stan robót, problemy, zadania z terminami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lub link do spotkania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Protokołujący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Obecni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3453"/>
        <w:gridCol w:w="1973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345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(inwestor, inspektor nadzoru, kierownik budowy, kierownik robót, projektant)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3453"/>
          </w:tcPr>
          <w:p/>
        </w:tc>
        <w:tc>
          <w:tcPr>
            <w:tcW w:type="dxa" w:w="1973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Poprzedni protokół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do protokołu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brak / opis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poprzedni protokół zatwierdzony bez uwag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poprzedni protokół zatwierdzony z uwagami opisanymi wyżej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Stan robót wobec harmonogramu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663"/>
        <w:gridCol w:w="1479"/>
        <w:gridCol w:w="2269"/>
        <w:gridCol w:w="1183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66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Etap lub branża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wg harmonogramu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na dzień rady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Odchylenie (dni)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Przyczyna, po czyjej stronie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663"/>
          </w:tcPr>
          <w:p/>
        </w:tc>
        <w:tc>
          <w:tcPr>
            <w:tcW w:type="dxa" w:w="1479"/>
          </w:tcPr>
          <w:p/>
        </w:tc>
        <w:tc>
          <w:tcPr>
            <w:tcW w:type="dxa" w:w="2269"/>
          </w:tcPr>
          <w:p/>
        </w:tc>
        <w:tc>
          <w:tcPr>
            <w:tcW w:type="dxa" w:w="118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Problemy i ustalenia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143"/>
        <w:gridCol w:w="2170"/>
        <w:gridCol w:w="1282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Problem lub ustalenie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(firma, osoba)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 aneksu / zlecenia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Ustalenia dotyczące terminu końcowego, wynagrodzenia lub zakresu robót oznacz „do aneksu”. Zmiana umowy wymaga formy przewidzianej do jej zawarcia (art. 77 § 1 KC), więc protokół rady sam jej zwykle nie zmienia. Zalecenia wymagające wpisu do dziennika budowy wpisuje osoba uprawniona.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Sprawy BHP i organizacja placu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Zdarzenia, uwagi, ustalenia (szczegóły współdziałania pracodawców w protokole narady koordynacyjnej BHP)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Następna rada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inwestora / inspektor nadzoru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Inwestor organizuje proces budowy (art. 18 ust. 1 Prawa budowlanego, Dz.U. 2026 poz. 524), a kierownik budowy organizuje budowę, kieruje nią i koordynuje terminy robót prowadzonych jednocześnie lub kolejno (art. 22 pkt 3 i 3a). Tryb rady budowy i znaczenie protokołu określa umowa albo regulamin budowy.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Rady Budowy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