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PRZEDŁOŻENIE UMOWY O PODWYKONAWSTWO ZAMAWIAJĄCEMU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projekt umowy, kopia zawartej umowy albo jej zmiany, zamówienie na roboty budowlane, art. 464 ustawy – Prawo zamówień publicznych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Zamawiający i umowa w sprawie zamówienia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w sprawie zamówienia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zamówienia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(do wiadomości, gdy pismo składa podwykonawca)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Przedkładający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kontaktowa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podwykonawca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dalszy podwykonawca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Co przedkładam (art. 464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umowy o podwykonawstwo, której przedmiotem są roboty budowlane; podwykonawca lub dalszy podwykonawca dołącza zgodę wykonawcy na zawarcie umowy o treści zgodnej z projektem (ust.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poświadczoną za zgodność z oryginałem kopię zawartej umowy o podwykonawstwo robót budowlanych, w terminie 7 dni od jej zawarcia (ust.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zmiany umowy o podwykonawstwo robót budowlanych albo poświadczoną za zgodność kopię zawartej zmiany (ust.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poświadczoną za zgodność z oryginałem kopię umowy o podwykonawstwo na dostawy lub usługi, w terminie 7 dni od jej zawarcia (ust. 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Umowa o podwykonawstwo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 lub dalszy 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dane kontaktowe, przedstawiciel (art. 462 ust. 3)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Druga strona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projektu lub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robót, dostaw lub usług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branża, obiekt, odwołanie do projektu i przedmiaru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netto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brutto (zł)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wykonania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od doręczenia faktury lub rachunku, nie więcej niż 30 (ust. 2)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Lista kontrolna przed wysłaniem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termin zapłaty podwykonawcy lub dalszemu podwykonawcy nie jest dłuższy niż 30 dni od doręczenia faktury lub rachunku (art. 464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kary umowne i warunki wypłaty wynagrodzenia nie są dla podwykonawcy mniej korzystne niż w umowie wykonawcy z zamawiającym (art. 463)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spełnia wymagania z dokumentów zamówienia (art. 464 ust. 3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zgoda wykonawcy jest dołączona do projektu, gdy przedkłada podwykonawca lub dalszy podwykonawca (ust.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umowy jest poświadczona za zgodność z oryginałem; poświadczyć może przedkładający (art. 437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na dostawy lub usługi: sprawdzono próg 0,5% wartości umowy w sprawie zamówienia, kwotę 50 000 zł i niższy próg ustalony przez zamawiającego (ust.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na dostawy lub usługi: kopię przekazano także wykonawcy, gdy przedkłada podwykonawca lub dalszy podwykonawca (ust.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sprawdzono w umowie w sprawie zamówienia termin zamawiającego na zastrzeżenia i sprzeciw (art. 437 ust. 1 pkt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umowy o podwykonawstwo (liczba stron: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poświadczona za zgodność z oryginałem kopia zawartej umowy o podwykonawstwo (liczba stron: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zgoda wykonawcy na zawarcie umowy o treści zgodnej z projektem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zmiany albo kopia zawartej zmiany umowy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Oświadczenie przedkładającego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załączona kopia jest zgodna z oryginałem umowy o podwykonawstwo zawartej w dniu ........................ (dotyczy kopii zawartej umowy lub jej zmiany).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osoby upoważnionej do reprezentowania przedkładającego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Wypełnia zamawiający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wpływu pisma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Przyjął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zastrzeżenia do projektu lub sprzeciw do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umowy w sprawie zamówienia (art. 437 ust. 1 pkt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Ostatni dzień terminu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Zastrzeżenia do projektu umowy o podwykonawstwo robót budowlanych (art. 464 ust. 3) i sprzeciw do tej umowy (ust. 6) zamawiający zgłasza w formie pisemnej pod rygorem nieważności. Niezgłoszenie zastrzeżeń do projektu albo sprzeciwu do umowy w terminie z umowy w sprawie zamówienia uważa się za akceptację projektu albo umowy (ust. 4 i 7). Przepisy art. 464 ust. 1–10 stosuje się odpowiednio do zmian umowy o podwykonawstwo (ust. 11).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Przedłożenie Umowy O Podwykonawstwo Zamawiającemu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