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PRZEDMIAR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strona tytułowa, spis działów i tabela przedmiaru według rozporządzenia Ministra Rozwoju i Technologii z 20 grudnia 2021 r. (Dz.U. 2021 poz. 2454)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Strona tytułowa przedmiaru robót (§ 7 ust.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nadana zamówieniu przez zamawiającego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budowlanego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 gdy brak adresu: opis lokalizacji obiektu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Grupy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nazwy i kody według Wspólnego Słownika Zamówień (CPV)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Klasy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nazwy i kody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Kategorie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nazwy i kody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opracowująca przedmiar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Podmiot opracowujący przedmiar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adres, jeśli występuje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Spis działów przedmiaru robót (§ 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5130"/>
        <w:gridCol w:w="1381"/>
        <w:gridCol w:w="1381"/>
        <w:gridCol w:w="986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działu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działu: grupa robót według CPV, dalszy podział według przyjętej systematyki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CPV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Obiekt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Strona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5130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Spis przedstawia podział wszystkich robót w obiekcie na grupy robót według Wspólnego Słownika Zamówień (§ 8 ust. 1). Dalszy podział opracowuje się według systematyki ustalonej indywidualnie albo według publikacji z kosztorysowymi normami nakładów rzeczowych (ust. 2). Przy wielu obiektach spis obejmuje też podział inwestycji na obiekty, a przygotowanie terenu to odrębny dział dla wszystkich obiektów (ust.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Tabela przedmiaru robót (§ 9 i § 10)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282"/>
        <w:gridCol w:w="887"/>
        <w:gridCol w:w="4340"/>
        <w:gridCol w:w="789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pozycji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ST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i opis pozycji, obliczenia liczby jednostek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J.m.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jednostek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</w:t>
            </w:r>
          </w:p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  <w:tc>
          <w:tcPr>
            <w:tcW w:type="dxa" w:w="4340"/>
          </w:tcPr>
          <w:p/>
        </w:tc>
        <w:tc>
          <w:tcPr>
            <w:tcW w:type="dxa" w:w="78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Każda pozycja ma numer, kod określony zgodnie z przyjętą systematyką robót, numer specyfikacji technicznej wykonania i odbioru robót (ST) z wymaganiami dla pozycji, nazwę i opis oraz obliczenia liczby jednostek, jednostkę miary i liczbę jednostek (§ 10 ust. 1). Liczbę jednostek oblicza się z rysunków dokumentacji projektowej według zasad z ST (ust. 2). Obliczenia, których nie ma w pozycji, dołącza się do przedmiaru (ust. 3). Roboty tymczasowe nie wchodzą do tabeli, chyba że są uzasadnione podstawy do ich odrębnego rozliczania (§ 9 ust. 2). Przykład obliczenia: wykop liniowy 0,90 m × 1,20 m × 45,00 m = 48,60 m³.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Sporządził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Sprawdził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Przedmiar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