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RAPORT DZIENNY Z BUDOWY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dokument wewnętrzny kierownictwa budowy; nie zastępuje dziennika budowy ani ewidencji czasu pracy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Raport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dzień tygodnia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Raport sporządził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Godziny pracy na budowie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od–do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 zaawansowania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etap robót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Pogoda i warunki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Pogoda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stan nieba, opady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Temperatura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rano, w południe, wieczorem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Wiatr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kierunek, prędkość m/s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Wpływ pogody na roboty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co wstrzymano albo ograniczono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Załoga na budowie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2565"/>
        <w:gridCol w:w="986"/>
        <w:gridCol w:w="1282"/>
        <w:gridCol w:w="986"/>
        <w:gridCol w:w="1085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Firma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Brygada, zakres prac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Liczba osób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Godziny od–do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Godz. nadlicz.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Razem osób na budowie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Razem godzin nadliczbowych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Sprzęt i maszyny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1775"/>
        <w:gridCol w:w="2367"/>
        <w:gridCol w:w="1381"/>
        <w:gridCol w:w="1381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Maszyna lub sprzęt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ewid. lub rej.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Operator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Godziny pracy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Roboty wykonane tego dnia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4834"/>
        <w:gridCol w:w="789"/>
        <w:gridCol w:w="1183"/>
        <w:gridCol w:w="2565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483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robót i miejsce (kondygnacja, odcinek, oś)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J.m.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Ilość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Pozycja przedmiaru lub etap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4834"/>
          </w:tcPr>
          <w:p/>
        </w:tc>
        <w:tc>
          <w:tcPr>
            <w:tcW w:type="dxa" w:w="789"/>
          </w:tcPr>
          <w:p/>
        </w:tc>
        <w:tc>
          <w:tcPr>
            <w:tcW w:type="dxa" w:w="1183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4834"/>
          </w:tcPr>
          <w:p/>
        </w:tc>
        <w:tc>
          <w:tcPr>
            <w:tcW w:type="dxa" w:w="789"/>
          </w:tcPr>
          <w:p/>
        </w:tc>
        <w:tc>
          <w:tcPr>
            <w:tcW w:type="dxa" w:w="1183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4834"/>
          </w:tcPr>
          <w:p/>
        </w:tc>
        <w:tc>
          <w:tcPr>
            <w:tcW w:type="dxa" w:w="789"/>
          </w:tcPr>
          <w:p/>
        </w:tc>
        <w:tc>
          <w:tcPr>
            <w:tcW w:type="dxa" w:w="1183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4834"/>
          </w:tcPr>
          <w:p/>
        </w:tc>
        <w:tc>
          <w:tcPr>
            <w:tcW w:type="dxa" w:w="789"/>
          </w:tcPr>
          <w:p/>
        </w:tc>
        <w:tc>
          <w:tcPr>
            <w:tcW w:type="dxa" w:w="1183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4834"/>
          </w:tcPr>
          <w:p/>
        </w:tc>
        <w:tc>
          <w:tcPr>
            <w:tcW w:type="dxa" w:w="789"/>
          </w:tcPr>
          <w:p/>
        </w:tc>
        <w:tc>
          <w:tcPr>
            <w:tcW w:type="dxa" w:w="1183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4834"/>
          </w:tcPr>
          <w:p/>
        </w:tc>
        <w:tc>
          <w:tcPr>
            <w:tcW w:type="dxa" w:w="789"/>
          </w:tcPr>
          <w:p/>
        </w:tc>
        <w:tc>
          <w:tcPr>
            <w:tcW w:type="dxa" w:w="1183"/>
          </w:tcPr>
          <w:p/>
        </w:tc>
        <w:tc>
          <w:tcPr>
            <w:tcW w:type="dxa" w:w="25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Dostawy i materiały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2170"/>
        <w:gridCol w:w="1183"/>
        <w:gridCol w:w="1973"/>
        <w:gridCol w:w="1578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Materiał lub wyrób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Dostawca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Ilość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Dokument dostawy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Kontrola jakości, uwagi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183"/>
          </w:tcPr>
          <w:p/>
        </w:tc>
        <w:tc>
          <w:tcPr>
            <w:tcW w:type="dxa" w:w="1973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183"/>
          </w:tcPr>
          <w:p/>
        </w:tc>
        <w:tc>
          <w:tcPr>
            <w:tcW w:type="dxa" w:w="1973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183"/>
          </w:tcPr>
          <w:p/>
        </w:tc>
        <w:tc>
          <w:tcPr>
            <w:tcW w:type="dxa" w:w="1973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183"/>
          </w:tcPr>
          <w:p/>
        </w:tc>
        <w:tc>
          <w:tcPr>
            <w:tcW w:type="dxa" w:w="1973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Przestoje, utrudnienia, przeszkody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brak przestojów i utrudnień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przestój albo utrudnienie: przyczyna, godziny, liczba osób, kto zawiadomiony: ..........................................................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brak frontu robót, dokumentacji, decyzji lub dostępu do terenu: ..............................................................................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Bezpieczeństwo i higiena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brak zdarzeń niebezpiecznych, wypadków i near miss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zdarzenie: opis, godzina, osoby, podjęte działania, zawiadomienie kierownika budowy: ..........................................................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roboty wstrzymane z powodu zagrożenia (art. 22 pkt 4 Prawa budowlanego): zakres, godzina, kto zawiadomiony: 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kontrola lub wizyta: kto, cel, uwagi: ..........................................................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Dyspozycje, uzgodnienia i wpisy do dziennika budowy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Decyzje i polecenia tego dnia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kto, komu, termin wykonania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Wpisy w dzienniku budowy tego dnia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wpisu, autor, temat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Plan na następny dzień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2986"/>
        <w:gridCol w:w="453"/>
        <w:gridCol w:w="2986"/>
        <w:gridCol w:w="453"/>
        <w:gridCol w:w="2986"/>
      </w:tblGrid>
      <w:tr>
        <w:trPr>
          <w:trHeight w:val="850" w:hRule="atLeast"/>
          <w:cantSplit/>
        </w:trPr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</w:tr>
      <w:tr>
        <w:trPr>
          <w:cantSplit/>
        </w:trPr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Sporządził (podpis)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Kierownik robót lub kierownik budowy (podpis)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Przedstawiciel inwestora lub generalnego wykonawcy (podpis)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Raport dzienny nie jest dokumentem wymaganym przepisami. Dziennik budowy jest urzędowym dokumentem rejestrującym przebieg robót i zdarzenia ważne dla oceny technicznej prawidłowości wykonania (art. 47a ust. 1 Prawa budowlanego), a za jego prowadzenie odpowiada kierownik budowy (art. 47d). Godziny pracy z raportu nie zastępują ewidencji czasu pracy pracownika, którą prowadzi pracodawca (art. 149 § 1 Kodeksu pracy).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Dzienny Z Budowy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