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REJESTR DOKUMENTÓW POBYTOWYCH ZATRUDNIONYCH CUDZOZIEMCÓW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4 ust. 2–7 ustawy z 20.03.2025 o warunkach dopuszczalności powierzania pracy cudzoziemcom na terytorium RP (Dz.U. 2025 poz. 621 ze zm.)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Podmiot powierzający pracę cudzoziemcom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Rejestr prowadzi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lub oddział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Rejestr prowadzony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 rozpoczęciem pracy podmiot powierzający pracę cudzoziemcowi żąda od niego ważnego dokumentu uprawniającego do pobytu (art. 4 ust. 2) i może żądać jego przedstawienia także w okresie pracy (ust. 3). Kopie tych dokumentów przechowuje przez cały okres wykonywania pracy oraz przez okres z ust. 6: 2 lata od końca roku kalendarzowego, w którym stosunek prawny rozwiązał się lub wygasł, chyba że odrębne przepisy przewidują dłuższy okres (ust. 4 i 6). Ust. 2–4 nie dotyczą cudzoziemców z art. 3 ust. 1 pkt 1–5 (ust. 5).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Zatrudnieni cudzoziemcy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"/>
        <w:gridCol w:w="1677"/>
        <w:gridCol w:w="1775"/>
        <w:gridCol w:w="986"/>
        <w:gridCol w:w="1479"/>
        <w:gridCol w:w="1183"/>
        <w:gridCol w:w="1085"/>
        <w:gridCol w:w="1282"/>
      </w:tblGrid>
      <w:tr>
        <w:trPr>
          <w:cantSplit/>
        </w:trPr>
        <w:tc>
          <w:tcPr>
            <w:tcW w:type="dxa" w:w="39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obywatelstwo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 pobytowy: rodzaj, numer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Ważny do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legalnej pracy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Okazany, kopia (daty)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Kolejna kontrola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Sprawdził</w:t>
            </w:r>
          </w:p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Podstawa legalnej pracy: zezwolenie na pracę, oświadczenie o powierzeniu pracy wpisane do ewidencji oświadczeń, swobodny dostęp do rynku pracy (art. 3 ust. 1) albo zezwolenie na pobyt czasowy z prawem do pracy. Dokument pobytowy jej nie zastępuje (art. 2 pkt 2 lit. c).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Zakończone zatrudnienia i usunięcie kopii (art. 4 ust. 4 i 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367"/>
        <w:gridCol w:w="1677"/>
        <w:gridCol w:w="1973"/>
        <w:gridCol w:w="1677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Koniec stosunku prawnego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Przechowywać do (koniec roku + 2 lata)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usunięcia kopii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367"/>
          </w:tcPr>
          <w:p/>
        </w:tc>
        <w:tc>
          <w:tcPr>
            <w:tcW w:type="dxa" w:w="1677"/>
          </w:tcPr>
          <w:p/>
        </w:tc>
        <w:tc>
          <w:tcPr>
            <w:tcW w:type="dxa" w:w="197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Lista kontrolna przy przyjęciu cudzoziemca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ważny dokument uprawniający do pobytu okazany przed rozpoczęciem pracy (art. 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dokumentu wykonana, zapisana w rejestrze i zabezpieczona przed dostępem osób nieupoważnionych (art. 4 ust. 1, 4 i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w formie pisemnej przed dopuszczeniem do pracy, z wyjątkiem art. 6 ust. 1 pkt 2 (art. 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cudzoziemiec nie zna polskiego: treść umowy przedstawiona na piśmie w zrozumiałej wersji przed podpisaniem i przechowywana (art. 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pisemna informacja o prawie wstępowania do związków zawodowych w zrozumiałym języku (art. 5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czasowa: powiadomienie powiatowego urzędu pracy w 7 dni od rozpoczęcia pracy, przez system teleinformatyczny (art. 5a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zgłoszenie do ubezpieczeń społecznych, jeśli wynika z przepisów (art. 85 pkt 2)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Prowadzący rejestr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Podmiot powierzający pracę lub osoba upoważniona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Kto nielegalnie powierza pracę cudzoziemcowi, podlega grzywnie od 3000 zł do 50 000 zł, w kwocie nie niższej niż 3000 zł za jednego cudzoziemca (art. 84 ust. 1 i 13). Nie podlega karze za powierzenie pracy cudzoziemcowi nieposiadającemu ważnej wizy lub innego dokumentu uprawniającego do pobytu ten, kto łącznie wypełnił obowiązki z art. 4 ust. 2 i 4 (chyba że wiedział, że dokument został sfałszowany) i zgłosił cudzoziemca do ubezpieczeń społecznych, o ile obowiązek taki wynika z przepisów (art. 85). Ustawa nie wymaga prowadzenia rejestru. Rejestr porządkuje obowiązki z art. 4.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Dokumentów Pobytowych Zatrudnionych Cudzoziemców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