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REJESTR WYDANYCH ZAŚWIADCZEŃ O UKOŃCZENIU SZKOLENIA W DZIEDZINIE BHP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§ 5 pkt 6 i § 16 ust. 3 rozporządzenia w sprawie szkolenia w dziedzinie BHP (t.j. Dz.U. 2024 poz. 1327 ze zm.)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Organizator szkolenia i zasady prowadzenia rejestru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Organizator szkolenia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organizatora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organizujący szkolenie / jednostka szkoleniowa (§ 5)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Rejestr prowadzi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Rejestr za rok / tom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numeracji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kolejny numer / rok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Osoby upoważnione do podpisu zaświadczeń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Organizatorzy szkolenia zapewniają prowadzenie dokumentacji w postaci programów szkolenia, dzienników zajęć, protokołów przebiegu egzaminów i rejestru wydanych zaświadczeń (§ 5 pkt 6). Zaświadczenie wydaje organizator po ukończeniu szkolenia okresowego albo szkolenia pracodawcy wykonującego zadania służby BHP z wynikiem pozytywnym (§ 16 ust. 3), a wzór z zał. nr 3 ma pole „Nr zaświadczenia wg rejestru”. Rozporządzenie nie określa układu rejestru; kolumny powtarzają dane z zaświadczenia.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Wpisy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"/>
        <w:gridCol w:w="2071"/>
        <w:gridCol w:w="2269"/>
        <w:gridCol w:w="1183"/>
        <w:gridCol w:w="1282"/>
        <w:gridCol w:w="986"/>
        <w:gridCol w:w="1085"/>
      </w:tblGrid>
      <w:tr>
        <w:trPr>
          <w:cantSplit/>
        </w:trPr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wg rejestru</w:t>
            </w:r>
          </w:p>
        </w:tc>
        <w:tc>
          <w:tcPr>
            <w:tcW w:type="dxa" w:w="207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(imiona) i nazwisko, data urodzenia</w:t>
            </w:r>
          </w:p>
        </w:tc>
        <w:tc>
          <w:tcPr>
            <w:tcW w:type="dxa" w:w="226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Pełna nazwa szkolenia (rodzaj, grupa osób)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Forma szkolenia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Okres szkolenia od–do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wydania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Protokół egzaminu nr</w:t>
            </w:r>
          </w:p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Wpisy (ciąg dalszy)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"/>
        <w:gridCol w:w="2071"/>
        <w:gridCol w:w="2269"/>
        <w:gridCol w:w="1183"/>
        <w:gridCol w:w="1282"/>
        <w:gridCol w:w="986"/>
        <w:gridCol w:w="1085"/>
      </w:tblGrid>
      <w:tr>
        <w:trPr>
          <w:cantSplit/>
        </w:trPr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wg rejestru</w:t>
            </w:r>
          </w:p>
        </w:tc>
        <w:tc>
          <w:tcPr>
            <w:tcW w:type="dxa" w:w="207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(imiona) i nazwisko, data urodzenia</w:t>
            </w:r>
          </w:p>
        </w:tc>
        <w:tc>
          <w:tcPr>
            <w:tcW w:type="dxa" w:w="226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Pełna nazwa szkolenia (rodzaj, grupa osób)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Forma szkolenia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Okres szkolenia od–do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wydania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Protokół egzaminu nr</w:t>
            </w:r>
          </w:p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2071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Zamknięcie rejestru za rok lub tom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wpisów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nr ... do nr ...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zamknięcia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zaświadczenia unieważnione z powodu błędu, z numerem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Prowadzący rejestr (podpis)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Organizator szkolenia (podpis)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Wydanych Zaświadczeń O Ukończeniu Szkolenia W Dziedzinie Bhp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