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0"/>
        <w:spacing w:before="0" w:after="40" w:line="252" w:lineRule="auto"/>
        <w:jc w:val="center"/>
      </w:pPr>
      <w:r>
        <w:rPr>
          <w:rFonts w:ascii="Arial" w:hAnsi="Arial" w:eastAsia="Arial"/>
          <w:b/>
          <w:i w:val="0"/>
          <w:sz w:val="29"/>
        </w:rPr>
        <w:t>REJESTR WYPADKÓW PRZY PRACY</w:t>
      </w:r>
    </w:p>
    <w:p>
      <w:pPr>
        <w:keepNext w:val="0"/>
        <w:spacing w:before="0" w:after="160" w:line="252" w:lineRule="auto"/>
        <w:jc w:val="center"/>
      </w:pPr>
      <w:r>
        <w:rPr>
          <w:rFonts w:ascii="Arial" w:hAnsi="Arial" w:eastAsia="Arial"/>
          <w:b w:val="0"/>
          <w:i/>
          <w:color w:val="333333"/>
          <w:sz w:val="18"/>
        </w:rPr>
        <w:t>prowadzony na podstawie art. 234 § 3 Kodeksu pracy i § 16 rozporządzenia Rady Ministrów z dnia 1 lipca 2009 r. w sprawie ustalania okoliczności i przyczyn wypadków przy pracy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Pracodawca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nazwa lub imię i nazwisko</w:t>
            </w:r>
          </w:p>
        </w:tc>
        <w:tc>
          <w:tcPr>
            <w:tcW w:type="dxa" w:w="7371"/>
            <w:gridSpan w:val="3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Adres siedziby</w:t>
            </w:r>
          </w:p>
        </w:tc>
        <w:tc>
          <w:tcPr>
            <w:tcW w:type="dxa" w:w="7371"/>
            <w:gridSpan w:val="3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NIP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REGON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Osoba prowadząca rejestr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imię, nazwisko, funkcja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Telefon / e-mail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Rejestr prowadzony od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data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Tom / rok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Jak prowadzić rejestr</w:t>
      </w: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Wpis robi się na podstawie każdego protokołu ustalenia okoliczności i przyczyn wypadku przy pracy, także wtedy, gdy zespół powypadkowy uznał, że zdarzenie nie jest wypadkiem przy pracy (§ 16 ust. 1 rozporządzenia). Kolumny (1)-(8) odpowiadają kolejno § 16 ust. 2 pkt 1-8: (1) imię i nazwisko poszkodowanego; (2) miejsce i data wypadku; (3) informacje dotyczące skutków wypadku dla poszkodowanego; (4) data sporządzenia protokołu powypadkowego (obok możesz dopisać numer protokołu); (5) stwierdzenie, czy wypadek jest wypadkiem przy pracy; (6) data przekazania do ZUS wniosku o świadczenia z tytułu wypadku przy pracy; (7) liczba dni niezdolności do pracy; (8) inne informacje niebędące danymi osobowymi, których zamieszczenie w rejestrze jest celowe, w tym wnioski i zalecenia profilaktyczne zespołu powypadkowego. Kolumny (6) i (7) uzupełnia się, gdy dane są znane, np. po zakończeniu zwolnienia lekarskiego.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Wpisy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493"/>
        <w:gridCol w:w="1479"/>
        <w:gridCol w:w="1183"/>
        <w:gridCol w:w="1085"/>
        <w:gridCol w:w="986"/>
        <w:gridCol w:w="887"/>
        <w:gridCol w:w="887"/>
        <w:gridCol w:w="1183"/>
        <w:gridCol w:w="1677"/>
      </w:tblGrid>
      <w:tr>
        <w:trPr>
          <w:cantSplit/>
        </w:trPr>
        <w:tc>
          <w:tcPr>
            <w:tcW w:type="dxa" w:w="49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Lp.</w:t>
            </w:r>
          </w:p>
        </w:tc>
        <w:tc>
          <w:tcPr>
            <w:tcW w:type="dxa" w:w="1479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(1) Imię i nazwisko poszkodowanego</w:t>
            </w:r>
          </w:p>
        </w:tc>
        <w:tc>
          <w:tcPr>
            <w:tcW w:type="dxa" w:w="118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(2) Miejsce i data wypadku</w:t>
            </w:r>
          </w:p>
        </w:tc>
        <w:tc>
          <w:tcPr>
            <w:tcW w:type="dxa" w:w="1085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(3) Skutki wypadku</w:t>
            </w:r>
          </w:p>
        </w:tc>
        <w:tc>
          <w:tcPr>
            <w:tcW w:type="dxa" w:w="986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(4) Data protokołu</w:t>
            </w:r>
          </w:p>
        </w:tc>
        <w:tc>
          <w:tcPr>
            <w:tcW w:type="dxa" w:w="887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(5) Wypadek przy pracy: tak / nie</w:t>
            </w:r>
          </w:p>
        </w:tc>
        <w:tc>
          <w:tcPr>
            <w:tcW w:type="dxa" w:w="887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(6) Data wniosku do ZUS</w:t>
            </w:r>
          </w:p>
        </w:tc>
        <w:tc>
          <w:tcPr>
            <w:tcW w:type="dxa" w:w="118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(7) Dni niezdolności do pracy</w:t>
            </w:r>
          </w:p>
        </w:tc>
        <w:tc>
          <w:tcPr>
            <w:tcW w:type="dxa" w:w="1677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(8) Inne informacje, wnioski profilaktyczne</w:t>
            </w:r>
          </w:p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1.</w:t>
            </w:r>
          </w:p>
        </w:tc>
        <w:tc>
          <w:tcPr>
            <w:tcW w:type="dxa" w:w="1479"/>
          </w:tcPr>
          <w:p/>
        </w:tc>
        <w:tc>
          <w:tcPr>
            <w:tcW w:type="dxa" w:w="1183"/>
          </w:tcPr>
          <w:p/>
        </w:tc>
        <w:tc>
          <w:tcPr>
            <w:tcW w:type="dxa" w:w="1085"/>
          </w:tcPr>
          <w:p/>
        </w:tc>
        <w:tc>
          <w:tcPr>
            <w:tcW w:type="dxa" w:w="986"/>
          </w:tcPr>
          <w:p/>
        </w:tc>
        <w:tc>
          <w:tcPr>
            <w:tcW w:type="dxa" w:w="887"/>
          </w:tcPr>
          <w:p/>
        </w:tc>
        <w:tc>
          <w:tcPr>
            <w:tcW w:type="dxa" w:w="887"/>
          </w:tcPr>
          <w:p/>
        </w:tc>
        <w:tc>
          <w:tcPr>
            <w:tcW w:type="dxa" w:w="1183"/>
          </w:tcPr>
          <w:p/>
        </w:tc>
        <w:tc>
          <w:tcPr>
            <w:tcW w:type="dxa" w:w="1677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2.</w:t>
            </w:r>
          </w:p>
        </w:tc>
        <w:tc>
          <w:tcPr>
            <w:tcW w:type="dxa" w:w="1479"/>
          </w:tcPr>
          <w:p/>
        </w:tc>
        <w:tc>
          <w:tcPr>
            <w:tcW w:type="dxa" w:w="1183"/>
          </w:tcPr>
          <w:p/>
        </w:tc>
        <w:tc>
          <w:tcPr>
            <w:tcW w:type="dxa" w:w="1085"/>
          </w:tcPr>
          <w:p/>
        </w:tc>
        <w:tc>
          <w:tcPr>
            <w:tcW w:type="dxa" w:w="986"/>
          </w:tcPr>
          <w:p/>
        </w:tc>
        <w:tc>
          <w:tcPr>
            <w:tcW w:type="dxa" w:w="887"/>
          </w:tcPr>
          <w:p/>
        </w:tc>
        <w:tc>
          <w:tcPr>
            <w:tcW w:type="dxa" w:w="887"/>
          </w:tcPr>
          <w:p/>
        </w:tc>
        <w:tc>
          <w:tcPr>
            <w:tcW w:type="dxa" w:w="1183"/>
          </w:tcPr>
          <w:p/>
        </w:tc>
        <w:tc>
          <w:tcPr>
            <w:tcW w:type="dxa" w:w="1677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3.</w:t>
            </w:r>
          </w:p>
        </w:tc>
        <w:tc>
          <w:tcPr>
            <w:tcW w:type="dxa" w:w="1479"/>
          </w:tcPr>
          <w:p/>
        </w:tc>
        <w:tc>
          <w:tcPr>
            <w:tcW w:type="dxa" w:w="1183"/>
          </w:tcPr>
          <w:p/>
        </w:tc>
        <w:tc>
          <w:tcPr>
            <w:tcW w:type="dxa" w:w="1085"/>
          </w:tcPr>
          <w:p/>
        </w:tc>
        <w:tc>
          <w:tcPr>
            <w:tcW w:type="dxa" w:w="986"/>
          </w:tcPr>
          <w:p/>
        </w:tc>
        <w:tc>
          <w:tcPr>
            <w:tcW w:type="dxa" w:w="887"/>
          </w:tcPr>
          <w:p/>
        </w:tc>
        <w:tc>
          <w:tcPr>
            <w:tcW w:type="dxa" w:w="887"/>
          </w:tcPr>
          <w:p/>
        </w:tc>
        <w:tc>
          <w:tcPr>
            <w:tcW w:type="dxa" w:w="1183"/>
          </w:tcPr>
          <w:p/>
        </w:tc>
        <w:tc>
          <w:tcPr>
            <w:tcW w:type="dxa" w:w="1677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4.</w:t>
            </w:r>
          </w:p>
        </w:tc>
        <w:tc>
          <w:tcPr>
            <w:tcW w:type="dxa" w:w="1479"/>
          </w:tcPr>
          <w:p/>
        </w:tc>
        <w:tc>
          <w:tcPr>
            <w:tcW w:type="dxa" w:w="1183"/>
          </w:tcPr>
          <w:p/>
        </w:tc>
        <w:tc>
          <w:tcPr>
            <w:tcW w:type="dxa" w:w="1085"/>
          </w:tcPr>
          <w:p/>
        </w:tc>
        <w:tc>
          <w:tcPr>
            <w:tcW w:type="dxa" w:w="986"/>
          </w:tcPr>
          <w:p/>
        </w:tc>
        <w:tc>
          <w:tcPr>
            <w:tcW w:type="dxa" w:w="887"/>
          </w:tcPr>
          <w:p/>
        </w:tc>
        <w:tc>
          <w:tcPr>
            <w:tcW w:type="dxa" w:w="887"/>
          </w:tcPr>
          <w:p/>
        </w:tc>
        <w:tc>
          <w:tcPr>
            <w:tcW w:type="dxa" w:w="1183"/>
          </w:tcPr>
          <w:p/>
        </w:tc>
        <w:tc>
          <w:tcPr>
            <w:tcW w:type="dxa" w:w="1677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5.</w:t>
            </w:r>
          </w:p>
        </w:tc>
        <w:tc>
          <w:tcPr>
            <w:tcW w:type="dxa" w:w="1479"/>
          </w:tcPr>
          <w:p/>
        </w:tc>
        <w:tc>
          <w:tcPr>
            <w:tcW w:type="dxa" w:w="1183"/>
          </w:tcPr>
          <w:p/>
        </w:tc>
        <w:tc>
          <w:tcPr>
            <w:tcW w:type="dxa" w:w="1085"/>
          </w:tcPr>
          <w:p/>
        </w:tc>
        <w:tc>
          <w:tcPr>
            <w:tcW w:type="dxa" w:w="986"/>
          </w:tcPr>
          <w:p/>
        </w:tc>
        <w:tc>
          <w:tcPr>
            <w:tcW w:type="dxa" w:w="887"/>
          </w:tcPr>
          <w:p/>
        </w:tc>
        <w:tc>
          <w:tcPr>
            <w:tcW w:type="dxa" w:w="887"/>
          </w:tcPr>
          <w:p/>
        </w:tc>
        <w:tc>
          <w:tcPr>
            <w:tcW w:type="dxa" w:w="1183"/>
          </w:tcPr>
          <w:p/>
        </w:tc>
        <w:tc>
          <w:tcPr>
            <w:tcW w:type="dxa" w:w="1677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6.</w:t>
            </w:r>
          </w:p>
        </w:tc>
        <w:tc>
          <w:tcPr>
            <w:tcW w:type="dxa" w:w="1479"/>
          </w:tcPr>
          <w:p/>
        </w:tc>
        <w:tc>
          <w:tcPr>
            <w:tcW w:type="dxa" w:w="1183"/>
          </w:tcPr>
          <w:p/>
        </w:tc>
        <w:tc>
          <w:tcPr>
            <w:tcW w:type="dxa" w:w="1085"/>
          </w:tcPr>
          <w:p/>
        </w:tc>
        <w:tc>
          <w:tcPr>
            <w:tcW w:type="dxa" w:w="986"/>
          </w:tcPr>
          <w:p/>
        </w:tc>
        <w:tc>
          <w:tcPr>
            <w:tcW w:type="dxa" w:w="887"/>
          </w:tcPr>
          <w:p/>
        </w:tc>
        <w:tc>
          <w:tcPr>
            <w:tcW w:type="dxa" w:w="887"/>
          </w:tcPr>
          <w:p/>
        </w:tc>
        <w:tc>
          <w:tcPr>
            <w:tcW w:type="dxa" w:w="1183"/>
          </w:tcPr>
          <w:p/>
        </w:tc>
        <w:tc>
          <w:tcPr>
            <w:tcW w:type="dxa" w:w="1677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7.</w:t>
            </w:r>
          </w:p>
        </w:tc>
        <w:tc>
          <w:tcPr>
            <w:tcW w:type="dxa" w:w="1479"/>
          </w:tcPr>
          <w:p/>
        </w:tc>
        <w:tc>
          <w:tcPr>
            <w:tcW w:type="dxa" w:w="1183"/>
          </w:tcPr>
          <w:p/>
        </w:tc>
        <w:tc>
          <w:tcPr>
            <w:tcW w:type="dxa" w:w="1085"/>
          </w:tcPr>
          <w:p/>
        </w:tc>
        <w:tc>
          <w:tcPr>
            <w:tcW w:type="dxa" w:w="986"/>
          </w:tcPr>
          <w:p/>
        </w:tc>
        <w:tc>
          <w:tcPr>
            <w:tcW w:type="dxa" w:w="887"/>
          </w:tcPr>
          <w:p/>
        </w:tc>
        <w:tc>
          <w:tcPr>
            <w:tcW w:type="dxa" w:w="887"/>
          </w:tcPr>
          <w:p/>
        </w:tc>
        <w:tc>
          <w:tcPr>
            <w:tcW w:type="dxa" w:w="1183"/>
          </w:tcPr>
          <w:p/>
        </w:tc>
        <w:tc>
          <w:tcPr>
            <w:tcW w:type="dxa" w:w="1677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8.</w:t>
            </w:r>
          </w:p>
        </w:tc>
        <w:tc>
          <w:tcPr>
            <w:tcW w:type="dxa" w:w="1479"/>
          </w:tcPr>
          <w:p/>
        </w:tc>
        <w:tc>
          <w:tcPr>
            <w:tcW w:type="dxa" w:w="1183"/>
          </w:tcPr>
          <w:p/>
        </w:tc>
        <w:tc>
          <w:tcPr>
            <w:tcW w:type="dxa" w:w="1085"/>
          </w:tcPr>
          <w:p/>
        </w:tc>
        <w:tc>
          <w:tcPr>
            <w:tcW w:type="dxa" w:w="986"/>
          </w:tcPr>
          <w:p/>
        </w:tc>
        <w:tc>
          <w:tcPr>
            <w:tcW w:type="dxa" w:w="887"/>
          </w:tcPr>
          <w:p/>
        </w:tc>
        <w:tc>
          <w:tcPr>
            <w:tcW w:type="dxa" w:w="887"/>
          </w:tcPr>
          <w:p/>
        </w:tc>
        <w:tc>
          <w:tcPr>
            <w:tcW w:type="dxa" w:w="1183"/>
          </w:tcPr>
          <w:p/>
        </w:tc>
        <w:tc>
          <w:tcPr>
            <w:tcW w:type="dxa" w:w="1677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9.</w:t>
            </w:r>
          </w:p>
        </w:tc>
        <w:tc>
          <w:tcPr>
            <w:tcW w:type="dxa" w:w="1479"/>
          </w:tcPr>
          <w:p/>
        </w:tc>
        <w:tc>
          <w:tcPr>
            <w:tcW w:type="dxa" w:w="1183"/>
          </w:tcPr>
          <w:p/>
        </w:tc>
        <w:tc>
          <w:tcPr>
            <w:tcW w:type="dxa" w:w="1085"/>
          </w:tcPr>
          <w:p/>
        </w:tc>
        <w:tc>
          <w:tcPr>
            <w:tcW w:type="dxa" w:w="986"/>
          </w:tcPr>
          <w:p/>
        </w:tc>
        <w:tc>
          <w:tcPr>
            <w:tcW w:type="dxa" w:w="887"/>
          </w:tcPr>
          <w:p/>
        </w:tc>
        <w:tc>
          <w:tcPr>
            <w:tcW w:type="dxa" w:w="887"/>
          </w:tcPr>
          <w:p/>
        </w:tc>
        <w:tc>
          <w:tcPr>
            <w:tcW w:type="dxa" w:w="1183"/>
          </w:tcPr>
          <w:p/>
        </w:tc>
        <w:tc>
          <w:tcPr>
            <w:tcW w:type="dxa" w:w="1677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10.</w:t>
            </w:r>
          </w:p>
        </w:tc>
        <w:tc>
          <w:tcPr>
            <w:tcW w:type="dxa" w:w="1479"/>
          </w:tcPr>
          <w:p/>
        </w:tc>
        <w:tc>
          <w:tcPr>
            <w:tcW w:type="dxa" w:w="1183"/>
          </w:tcPr>
          <w:p/>
        </w:tc>
        <w:tc>
          <w:tcPr>
            <w:tcW w:type="dxa" w:w="1085"/>
          </w:tcPr>
          <w:p/>
        </w:tc>
        <w:tc>
          <w:tcPr>
            <w:tcW w:type="dxa" w:w="986"/>
          </w:tcPr>
          <w:p/>
        </w:tc>
        <w:tc>
          <w:tcPr>
            <w:tcW w:type="dxa" w:w="887"/>
          </w:tcPr>
          <w:p/>
        </w:tc>
        <w:tc>
          <w:tcPr>
            <w:tcW w:type="dxa" w:w="887"/>
          </w:tcPr>
          <w:p/>
        </w:tc>
        <w:tc>
          <w:tcPr>
            <w:tcW w:type="dxa" w:w="1183"/>
          </w:tcPr>
          <w:p/>
        </w:tc>
        <w:tc>
          <w:tcPr>
            <w:tcW w:type="dxa" w:w="1677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11.</w:t>
            </w:r>
          </w:p>
        </w:tc>
        <w:tc>
          <w:tcPr>
            <w:tcW w:type="dxa" w:w="1479"/>
          </w:tcPr>
          <w:p/>
        </w:tc>
        <w:tc>
          <w:tcPr>
            <w:tcW w:type="dxa" w:w="1183"/>
          </w:tcPr>
          <w:p/>
        </w:tc>
        <w:tc>
          <w:tcPr>
            <w:tcW w:type="dxa" w:w="1085"/>
          </w:tcPr>
          <w:p/>
        </w:tc>
        <w:tc>
          <w:tcPr>
            <w:tcW w:type="dxa" w:w="986"/>
          </w:tcPr>
          <w:p/>
        </w:tc>
        <w:tc>
          <w:tcPr>
            <w:tcW w:type="dxa" w:w="887"/>
          </w:tcPr>
          <w:p/>
        </w:tc>
        <w:tc>
          <w:tcPr>
            <w:tcW w:type="dxa" w:w="887"/>
          </w:tcPr>
          <w:p/>
        </w:tc>
        <w:tc>
          <w:tcPr>
            <w:tcW w:type="dxa" w:w="1183"/>
          </w:tcPr>
          <w:p/>
        </w:tc>
        <w:tc>
          <w:tcPr>
            <w:tcW w:type="dxa" w:w="1677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12.</w:t>
            </w:r>
          </w:p>
        </w:tc>
        <w:tc>
          <w:tcPr>
            <w:tcW w:type="dxa" w:w="1479"/>
          </w:tcPr>
          <w:p/>
        </w:tc>
        <w:tc>
          <w:tcPr>
            <w:tcW w:type="dxa" w:w="1183"/>
          </w:tcPr>
          <w:p/>
        </w:tc>
        <w:tc>
          <w:tcPr>
            <w:tcW w:type="dxa" w:w="1085"/>
          </w:tcPr>
          <w:p/>
        </w:tc>
        <w:tc>
          <w:tcPr>
            <w:tcW w:type="dxa" w:w="986"/>
          </w:tcPr>
          <w:p/>
        </w:tc>
        <w:tc>
          <w:tcPr>
            <w:tcW w:type="dxa" w:w="887"/>
          </w:tcPr>
          <w:p/>
        </w:tc>
        <w:tc>
          <w:tcPr>
            <w:tcW w:type="dxa" w:w="887"/>
          </w:tcPr>
          <w:p/>
        </w:tc>
        <w:tc>
          <w:tcPr>
            <w:tcW w:type="dxa" w:w="1183"/>
          </w:tcPr>
          <w:p/>
        </w:tc>
        <w:tc>
          <w:tcPr>
            <w:tcW w:type="dxa" w:w="1677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13.</w:t>
            </w:r>
          </w:p>
        </w:tc>
        <w:tc>
          <w:tcPr>
            <w:tcW w:type="dxa" w:w="1479"/>
          </w:tcPr>
          <w:p/>
        </w:tc>
        <w:tc>
          <w:tcPr>
            <w:tcW w:type="dxa" w:w="1183"/>
          </w:tcPr>
          <w:p/>
        </w:tc>
        <w:tc>
          <w:tcPr>
            <w:tcW w:type="dxa" w:w="1085"/>
          </w:tcPr>
          <w:p/>
        </w:tc>
        <w:tc>
          <w:tcPr>
            <w:tcW w:type="dxa" w:w="986"/>
          </w:tcPr>
          <w:p/>
        </w:tc>
        <w:tc>
          <w:tcPr>
            <w:tcW w:type="dxa" w:w="887"/>
          </w:tcPr>
          <w:p/>
        </w:tc>
        <w:tc>
          <w:tcPr>
            <w:tcW w:type="dxa" w:w="887"/>
          </w:tcPr>
          <w:p/>
        </w:tc>
        <w:tc>
          <w:tcPr>
            <w:tcW w:type="dxa" w:w="1183"/>
          </w:tcPr>
          <w:p/>
        </w:tc>
        <w:tc>
          <w:tcPr>
            <w:tcW w:type="dxa" w:w="1677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14.</w:t>
            </w:r>
          </w:p>
        </w:tc>
        <w:tc>
          <w:tcPr>
            <w:tcW w:type="dxa" w:w="1479"/>
          </w:tcPr>
          <w:p/>
        </w:tc>
        <w:tc>
          <w:tcPr>
            <w:tcW w:type="dxa" w:w="1183"/>
          </w:tcPr>
          <w:p/>
        </w:tc>
        <w:tc>
          <w:tcPr>
            <w:tcW w:type="dxa" w:w="1085"/>
          </w:tcPr>
          <w:p/>
        </w:tc>
        <w:tc>
          <w:tcPr>
            <w:tcW w:type="dxa" w:w="986"/>
          </w:tcPr>
          <w:p/>
        </w:tc>
        <w:tc>
          <w:tcPr>
            <w:tcW w:type="dxa" w:w="887"/>
          </w:tcPr>
          <w:p/>
        </w:tc>
        <w:tc>
          <w:tcPr>
            <w:tcW w:type="dxa" w:w="887"/>
          </w:tcPr>
          <w:p/>
        </w:tc>
        <w:tc>
          <w:tcPr>
            <w:tcW w:type="dxa" w:w="1183"/>
          </w:tcPr>
          <w:p/>
        </w:tc>
        <w:tc>
          <w:tcPr>
            <w:tcW w:type="dxa" w:w="1677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0" w:after="0" w:line="20" w:lineRule="exact"/>
      </w:pPr>
      <w:r>
        <w:br w:type="page"/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Rejestr wypadków przy pracy: wpisy (ciąg dalszy)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493"/>
        <w:gridCol w:w="1479"/>
        <w:gridCol w:w="1183"/>
        <w:gridCol w:w="1085"/>
        <w:gridCol w:w="986"/>
        <w:gridCol w:w="887"/>
        <w:gridCol w:w="887"/>
        <w:gridCol w:w="1183"/>
        <w:gridCol w:w="1677"/>
      </w:tblGrid>
      <w:tr>
        <w:trPr>
          <w:cantSplit/>
        </w:trPr>
        <w:tc>
          <w:tcPr>
            <w:tcW w:type="dxa" w:w="49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Lp.</w:t>
            </w:r>
          </w:p>
        </w:tc>
        <w:tc>
          <w:tcPr>
            <w:tcW w:type="dxa" w:w="1479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(1) Imię i nazwisko poszkodowanego</w:t>
            </w:r>
          </w:p>
        </w:tc>
        <w:tc>
          <w:tcPr>
            <w:tcW w:type="dxa" w:w="118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(2) Miejsce i data wypadku</w:t>
            </w:r>
          </w:p>
        </w:tc>
        <w:tc>
          <w:tcPr>
            <w:tcW w:type="dxa" w:w="1085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(3) Skutki wypadku</w:t>
            </w:r>
          </w:p>
        </w:tc>
        <w:tc>
          <w:tcPr>
            <w:tcW w:type="dxa" w:w="986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(4) Data protokołu</w:t>
            </w:r>
          </w:p>
        </w:tc>
        <w:tc>
          <w:tcPr>
            <w:tcW w:type="dxa" w:w="887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(5) Wypadek przy pracy: tak / nie</w:t>
            </w:r>
          </w:p>
        </w:tc>
        <w:tc>
          <w:tcPr>
            <w:tcW w:type="dxa" w:w="887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(6) Data wniosku do ZUS</w:t>
            </w:r>
          </w:p>
        </w:tc>
        <w:tc>
          <w:tcPr>
            <w:tcW w:type="dxa" w:w="118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(7) Dni niezdolności do pracy</w:t>
            </w:r>
          </w:p>
        </w:tc>
        <w:tc>
          <w:tcPr>
            <w:tcW w:type="dxa" w:w="1677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(8) Inne informacje, wnioski profilaktyczne</w:t>
            </w:r>
          </w:p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15.</w:t>
            </w:r>
          </w:p>
        </w:tc>
        <w:tc>
          <w:tcPr>
            <w:tcW w:type="dxa" w:w="1479"/>
          </w:tcPr>
          <w:p/>
        </w:tc>
        <w:tc>
          <w:tcPr>
            <w:tcW w:type="dxa" w:w="1183"/>
          </w:tcPr>
          <w:p/>
        </w:tc>
        <w:tc>
          <w:tcPr>
            <w:tcW w:type="dxa" w:w="1085"/>
          </w:tcPr>
          <w:p/>
        </w:tc>
        <w:tc>
          <w:tcPr>
            <w:tcW w:type="dxa" w:w="986"/>
          </w:tcPr>
          <w:p/>
        </w:tc>
        <w:tc>
          <w:tcPr>
            <w:tcW w:type="dxa" w:w="887"/>
          </w:tcPr>
          <w:p/>
        </w:tc>
        <w:tc>
          <w:tcPr>
            <w:tcW w:type="dxa" w:w="887"/>
          </w:tcPr>
          <w:p/>
        </w:tc>
        <w:tc>
          <w:tcPr>
            <w:tcW w:type="dxa" w:w="1183"/>
          </w:tcPr>
          <w:p/>
        </w:tc>
        <w:tc>
          <w:tcPr>
            <w:tcW w:type="dxa" w:w="1677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16.</w:t>
            </w:r>
          </w:p>
        </w:tc>
        <w:tc>
          <w:tcPr>
            <w:tcW w:type="dxa" w:w="1479"/>
          </w:tcPr>
          <w:p/>
        </w:tc>
        <w:tc>
          <w:tcPr>
            <w:tcW w:type="dxa" w:w="1183"/>
          </w:tcPr>
          <w:p/>
        </w:tc>
        <w:tc>
          <w:tcPr>
            <w:tcW w:type="dxa" w:w="1085"/>
          </w:tcPr>
          <w:p/>
        </w:tc>
        <w:tc>
          <w:tcPr>
            <w:tcW w:type="dxa" w:w="986"/>
          </w:tcPr>
          <w:p/>
        </w:tc>
        <w:tc>
          <w:tcPr>
            <w:tcW w:type="dxa" w:w="887"/>
          </w:tcPr>
          <w:p/>
        </w:tc>
        <w:tc>
          <w:tcPr>
            <w:tcW w:type="dxa" w:w="887"/>
          </w:tcPr>
          <w:p/>
        </w:tc>
        <w:tc>
          <w:tcPr>
            <w:tcW w:type="dxa" w:w="1183"/>
          </w:tcPr>
          <w:p/>
        </w:tc>
        <w:tc>
          <w:tcPr>
            <w:tcW w:type="dxa" w:w="1677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17.</w:t>
            </w:r>
          </w:p>
        </w:tc>
        <w:tc>
          <w:tcPr>
            <w:tcW w:type="dxa" w:w="1479"/>
          </w:tcPr>
          <w:p/>
        </w:tc>
        <w:tc>
          <w:tcPr>
            <w:tcW w:type="dxa" w:w="1183"/>
          </w:tcPr>
          <w:p/>
        </w:tc>
        <w:tc>
          <w:tcPr>
            <w:tcW w:type="dxa" w:w="1085"/>
          </w:tcPr>
          <w:p/>
        </w:tc>
        <w:tc>
          <w:tcPr>
            <w:tcW w:type="dxa" w:w="986"/>
          </w:tcPr>
          <w:p/>
        </w:tc>
        <w:tc>
          <w:tcPr>
            <w:tcW w:type="dxa" w:w="887"/>
          </w:tcPr>
          <w:p/>
        </w:tc>
        <w:tc>
          <w:tcPr>
            <w:tcW w:type="dxa" w:w="887"/>
          </w:tcPr>
          <w:p/>
        </w:tc>
        <w:tc>
          <w:tcPr>
            <w:tcW w:type="dxa" w:w="1183"/>
          </w:tcPr>
          <w:p/>
        </w:tc>
        <w:tc>
          <w:tcPr>
            <w:tcW w:type="dxa" w:w="1677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18.</w:t>
            </w:r>
          </w:p>
        </w:tc>
        <w:tc>
          <w:tcPr>
            <w:tcW w:type="dxa" w:w="1479"/>
          </w:tcPr>
          <w:p/>
        </w:tc>
        <w:tc>
          <w:tcPr>
            <w:tcW w:type="dxa" w:w="1183"/>
          </w:tcPr>
          <w:p/>
        </w:tc>
        <w:tc>
          <w:tcPr>
            <w:tcW w:type="dxa" w:w="1085"/>
          </w:tcPr>
          <w:p/>
        </w:tc>
        <w:tc>
          <w:tcPr>
            <w:tcW w:type="dxa" w:w="986"/>
          </w:tcPr>
          <w:p/>
        </w:tc>
        <w:tc>
          <w:tcPr>
            <w:tcW w:type="dxa" w:w="887"/>
          </w:tcPr>
          <w:p/>
        </w:tc>
        <w:tc>
          <w:tcPr>
            <w:tcW w:type="dxa" w:w="887"/>
          </w:tcPr>
          <w:p/>
        </w:tc>
        <w:tc>
          <w:tcPr>
            <w:tcW w:type="dxa" w:w="1183"/>
          </w:tcPr>
          <w:p/>
        </w:tc>
        <w:tc>
          <w:tcPr>
            <w:tcW w:type="dxa" w:w="1677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19.</w:t>
            </w:r>
          </w:p>
        </w:tc>
        <w:tc>
          <w:tcPr>
            <w:tcW w:type="dxa" w:w="1479"/>
          </w:tcPr>
          <w:p/>
        </w:tc>
        <w:tc>
          <w:tcPr>
            <w:tcW w:type="dxa" w:w="1183"/>
          </w:tcPr>
          <w:p/>
        </w:tc>
        <w:tc>
          <w:tcPr>
            <w:tcW w:type="dxa" w:w="1085"/>
          </w:tcPr>
          <w:p/>
        </w:tc>
        <w:tc>
          <w:tcPr>
            <w:tcW w:type="dxa" w:w="986"/>
          </w:tcPr>
          <w:p/>
        </w:tc>
        <w:tc>
          <w:tcPr>
            <w:tcW w:type="dxa" w:w="887"/>
          </w:tcPr>
          <w:p/>
        </w:tc>
        <w:tc>
          <w:tcPr>
            <w:tcW w:type="dxa" w:w="887"/>
          </w:tcPr>
          <w:p/>
        </w:tc>
        <w:tc>
          <w:tcPr>
            <w:tcW w:type="dxa" w:w="1183"/>
          </w:tcPr>
          <w:p/>
        </w:tc>
        <w:tc>
          <w:tcPr>
            <w:tcW w:type="dxa" w:w="1677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20.</w:t>
            </w:r>
          </w:p>
        </w:tc>
        <w:tc>
          <w:tcPr>
            <w:tcW w:type="dxa" w:w="1479"/>
          </w:tcPr>
          <w:p/>
        </w:tc>
        <w:tc>
          <w:tcPr>
            <w:tcW w:type="dxa" w:w="1183"/>
          </w:tcPr>
          <w:p/>
        </w:tc>
        <w:tc>
          <w:tcPr>
            <w:tcW w:type="dxa" w:w="1085"/>
          </w:tcPr>
          <w:p/>
        </w:tc>
        <w:tc>
          <w:tcPr>
            <w:tcW w:type="dxa" w:w="986"/>
          </w:tcPr>
          <w:p/>
        </w:tc>
        <w:tc>
          <w:tcPr>
            <w:tcW w:type="dxa" w:w="887"/>
          </w:tcPr>
          <w:p/>
        </w:tc>
        <w:tc>
          <w:tcPr>
            <w:tcW w:type="dxa" w:w="887"/>
          </w:tcPr>
          <w:p/>
        </w:tc>
        <w:tc>
          <w:tcPr>
            <w:tcW w:type="dxa" w:w="1183"/>
          </w:tcPr>
          <w:p/>
        </w:tc>
        <w:tc>
          <w:tcPr>
            <w:tcW w:type="dxa" w:w="1677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21.</w:t>
            </w:r>
          </w:p>
        </w:tc>
        <w:tc>
          <w:tcPr>
            <w:tcW w:type="dxa" w:w="1479"/>
          </w:tcPr>
          <w:p/>
        </w:tc>
        <w:tc>
          <w:tcPr>
            <w:tcW w:type="dxa" w:w="1183"/>
          </w:tcPr>
          <w:p/>
        </w:tc>
        <w:tc>
          <w:tcPr>
            <w:tcW w:type="dxa" w:w="1085"/>
          </w:tcPr>
          <w:p/>
        </w:tc>
        <w:tc>
          <w:tcPr>
            <w:tcW w:type="dxa" w:w="986"/>
          </w:tcPr>
          <w:p/>
        </w:tc>
        <w:tc>
          <w:tcPr>
            <w:tcW w:type="dxa" w:w="887"/>
          </w:tcPr>
          <w:p/>
        </w:tc>
        <w:tc>
          <w:tcPr>
            <w:tcW w:type="dxa" w:w="887"/>
          </w:tcPr>
          <w:p/>
        </w:tc>
        <w:tc>
          <w:tcPr>
            <w:tcW w:type="dxa" w:w="1183"/>
          </w:tcPr>
          <w:p/>
        </w:tc>
        <w:tc>
          <w:tcPr>
            <w:tcW w:type="dxa" w:w="1677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22.</w:t>
            </w:r>
          </w:p>
        </w:tc>
        <w:tc>
          <w:tcPr>
            <w:tcW w:type="dxa" w:w="1479"/>
          </w:tcPr>
          <w:p/>
        </w:tc>
        <w:tc>
          <w:tcPr>
            <w:tcW w:type="dxa" w:w="1183"/>
          </w:tcPr>
          <w:p/>
        </w:tc>
        <w:tc>
          <w:tcPr>
            <w:tcW w:type="dxa" w:w="1085"/>
          </w:tcPr>
          <w:p/>
        </w:tc>
        <w:tc>
          <w:tcPr>
            <w:tcW w:type="dxa" w:w="986"/>
          </w:tcPr>
          <w:p/>
        </w:tc>
        <w:tc>
          <w:tcPr>
            <w:tcW w:type="dxa" w:w="887"/>
          </w:tcPr>
          <w:p/>
        </w:tc>
        <w:tc>
          <w:tcPr>
            <w:tcW w:type="dxa" w:w="887"/>
          </w:tcPr>
          <w:p/>
        </w:tc>
        <w:tc>
          <w:tcPr>
            <w:tcW w:type="dxa" w:w="1183"/>
          </w:tcPr>
          <w:p/>
        </w:tc>
        <w:tc>
          <w:tcPr>
            <w:tcW w:type="dxa" w:w="1677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23.</w:t>
            </w:r>
          </w:p>
        </w:tc>
        <w:tc>
          <w:tcPr>
            <w:tcW w:type="dxa" w:w="1479"/>
          </w:tcPr>
          <w:p/>
        </w:tc>
        <w:tc>
          <w:tcPr>
            <w:tcW w:type="dxa" w:w="1183"/>
          </w:tcPr>
          <w:p/>
        </w:tc>
        <w:tc>
          <w:tcPr>
            <w:tcW w:type="dxa" w:w="1085"/>
          </w:tcPr>
          <w:p/>
        </w:tc>
        <w:tc>
          <w:tcPr>
            <w:tcW w:type="dxa" w:w="986"/>
          </w:tcPr>
          <w:p/>
        </w:tc>
        <w:tc>
          <w:tcPr>
            <w:tcW w:type="dxa" w:w="887"/>
          </w:tcPr>
          <w:p/>
        </w:tc>
        <w:tc>
          <w:tcPr>
            <w:tcW w:type="dxa" w:w="887"/>
          </w:tcPr>
          <w:p/>
        </w:tc>
        <w:tc>
          <w:tcPr>
            <w:tcW w:type="dxa" w:w="1183"/>
          </w:tcPr>
          <w:p/>
        </w:tc>
        <w:tc>
          <w:tcPr>
            <w:tcW w:type="dxa" w:w="1677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24.</w:t>
            </w:r>
          </w:p>
        </w:tc>
        <w:tc>
          <w:tcPr>
            <w:tcW w:type="dxa" w:w="1479"/>
          </w:tcPr>
          <w:p/>
        </w:tc>
        <w:tc>
          <w:tcPr>
            <w:tcW w:type="dxa" w:w="1183"/>
          </w:tcPr>
          <w:p/>
        </w:tc>
        <w:tc>
          <w:tcPr>
            <w:tcW w:type="dxa" w:w="1085"/>
          </w:tcPr>
          <w:p/>
        </w:tc>
        <w:tc>
          <w:tcPr>
            <w:tcW w:type="dxa" w:w="986"/>
          </w:tcPr>
          <w:p/>
        </w:tc>
        <w:tc>
          <w:tcPr>
            <w:tcW w:type="dxa" w:w="887"/>
          </w:tcPr>
          <w:p/>
        </w:tc>
        <w:tc>
          <w:tcPr>
            <w:tcW w:type="dxa" w:w="887"/>
          </w:tcPr>
          <w:p/>
        </w:tc>
        <w:tc>
          <w:tcPr>
            <w:tcW w:type="dxa" w:w="1183"/>
          </w:tcPr>
          <w:p/>
        </w:tc>
        <w:tc>
          <w:tcPr>
            <w:tcW w:type="dxa" w:w="1677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25.</w:t>
            </w:r>
          </w:p>
        </w:tc>
        <w:tc>
          <w:tcPr>
            <w:tcW w:type="dxa" w:w="1479"/>
          </w:tcPr>
          <w:p/>
        </w:tc>
        <w:tc>
          <w:tcPr>
            <w:tcW w:type="dxa" w:w="1183"/>
          </w:tcPr>
          <w:p/>
        </w:tc>
        <w:tc>
          <w:tcPr>
            <w:tcW w:type="dxa" w:w="1085"/>
          </w:tcPr>
          <w:p/>
        </w:tc>
        <w:tc>
          <w:tcPr>
            <w:tcW w:type="dxa" w:w="986"/>
          </w:tcPr>
          <w:p/>
        </w:tc>
        <w:tc>
          <w:tcPr>
            <w:tcW w:type="dxa" w:w="887"/>
          </w:tcPr>
          <w:p/>
        </w:tc>
        <w:tc>
          <w:tcPr>
            <w:tcW w:type="dxa" w:w="887"/>
          </w:tcPr>
          <w:p/>
        </w:tc>
        <w:tc>
          <w:tcPr>
            <w:tcW w:type="dxa" w:w="1183"/>
          </w:tcPr>
          <w:p/>
        </w:tc>
        <w:tc>
          <w:tcPr>
            <w:tcW w:type="dxa" w:w="1677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26.</w:t>
            </w:r>
          </w:p>
        </w:tc>
        <w:tc>
          <w:tcPr>
            <w:tcW w:type="dxa" w:w="1479"/>
          </w:tcPr>
          <w:p/>
        </w:tc>
        <w:tc>
          <w:tcPr>
            <w:tcW w:type="dxa" w:w="1183"/>
          </w:tcPr>
          <w:p/>
        </w:tc>
        <w:tc>
          <w:tcPr>
            <w:tcW w:type="dxa" w:w="1085"/>
          </w:tcPr>
          <w:p/>
        </w:tc>
        <w:tc>
          <w:tcPr>
            <w:tcW w:type="dxa" w:w="986"/>
          </w:tcPr>
          <w:p/>
        </w:tc>
        <w:tc>
          <w:tcPr>
            <w:tcW w:type="dxa" w:w="887"/>
          </w:tcPr>
          <w:p/>
        </w:tc>
        <w:tc>
          <w:tcPr>
            <w:tcW w:type="dxa" w:w="887"/>
          </w:tcPr>
          <w:p/>
        </w:tc>
        <w:tc>
          <w:tcPr>
            <w:tcW w:type="dxa" w:w="1183"/>
          </w:tcPr>
          <w:p/>
        </w:tc>
        <w:tc>
          <w:tcPr>
            <w:tcW w:type="dxa" w:w="1677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27.</w:t>
            </w:r>
          </w:p>
        </w:tc>
        <w:tc>
          <w:tcPr>
            <w:tcW w:type="dxa" w:w="1479"/>
          </w:tcPr>
          <w:p/>
        </w:tc>
        <w:tc>
          <w:tcPr>
            <w:tcW w:type="dxa" w:w="1183"/>
          </w:tcPr>
          <w:p/>
        </w:tc>
        <w:tc>
          <w:tcPr>
            <w:tcW w:type="dxa" w:w="1085"/>
          </w:tcPr>
          <w:p/>
        </w:tc>
        <w:tc>
          <w:tcPr>
            <w:tcW w:type="dxa" w:w="986"/>
          </w:tcPr>
          <w:p/>
        </w:tc>
        <w:tc>
          <w:tcPr>
            <w:tcW w:type="dxa" w:w="887"/>
          </w:tcPr>
          <w:p/>
        </w:tc>
        <w:tc>
          <w:tcPr>
            <w:tcW w:type="dxa" w:w="887"/>
          </w:tcPr>
          <w:p/>
        </w:tc>
        <w:tc>
          <w:tcPr>
            <w:tcW w:type="dxa" w:w="1183"/>
          </w:tcPr>
          <w:p/>
        </w:tc>
        <w:tc>
          <w:tcPr>
            <w:tcW w:type="dxa" w:w="1677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28.</w:t>
            </w:r>
          </w:p>
        </w:tc>
        <w:tc>
          <w:tcPr>
            <w:tcW w:type="dxa" w:w="1479"/>
          </w:tcPr>
          <w:p/>
        </w:tc>
        <w:tc>
          <w:tcPr>
            <w:tcW w:type="dxa" w:w="1183"/>
          </w:tcPr>
          <w:p/>
        </w:tc>
        <w:tc>
          <w:tcPr>
            <w:tcW w:type="dxa" w:w="1085"/>
          </w:tcPr>
          <w:p/>
        </w:tc>
        <w:tc>
          <w:tcPr>
            <w:tcW w:type="dxa" w:w="986"/>
          </w:tcPr>
          <w:p/>
        </w:tc>
        <w:tc>
          <w:tcPr>
            <w:tcW w:type="dxa" w:w="887"/>
          </w:tcPr>
          <w:p/>
        </w:tc>
        <w:tc>
          <w:tcPr>
            <w:tcW w:type="dxa" w:w="887"/>
          </w:tcPr>
          <w:p/>
        </w:tc>
        <w:tc>
          <w:tcPr>
            <w:tcW w:type="dxa" w:w="1183"/>
          </w:tcPr>
          <w:p/>
        </w:tc>
        <w:tc>
          <w:tcPr>
            <w:tcW w:type="dxa" w:w="1677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29.</w:t>
            </w:r>
          </w:p>
        </w:tc>
        <w:tc>
          <w:tcPr>
            <w:tcW w:type="dxa" w:w="1479"/>
          </w:tcPr>
          <w:p/>
        </w:tc>
        <w:tc>
          <w:tcPr>
            <w:tcW w:type="dxa" w:w="1183"/>
          </w:tcPr>
          <w:p/>
        </w:tc>
        <w:tc>
          <w:tcPr>
            <w:tcW w:type="dxa" w:w="1085"/>
          </w:tcPr>
          <w:p/>
        </w:tc>
        <w:tc>
          <w:tcPr>
            <w:tcW w:type="dxa" w:w="986"/>
          </w:tcPr>
          <w:p/>
        </w:tc>
        <w:tc>
          <w:tcPr>
            <w:tcW w:type="dxa" w:w="887"/>
          </w:tcPr>
          <w:p/>
        </w:tc>
        <w:tc>
          <w:tcPr>
            <w:tcW w:type="dxa" w:w="887"/>
          </w:tcPr>
          <w:p/>
        </w:tc>
        <w:tc>
          <w:tcPr>
            <w:tcW w:type="dxa" w:w="1183"/>
          </w:tcPr>
          <w:p/>
        </w:tc>
        <w:tc>
          <w:tcPr>
            <w:tcW w:type="dxa" w:w="1677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30.</w:t>
            </w:r>
          </w:p>
        </w:tc>
        <w:tc>
          <w:tcPr>
            <w:tcW w:type="dxa" w:w="1479"/>
          </w:tcPr>
          <w:p/>
        </w:tc>
        <w:tc>
          <w:tcPr>
            <w:tcW w:type="dxa" w:w="1183"/>
          </w:tcPr>
          <w:p/>
        </w:tc>
        <w:tc>
          <w:tcPr>
            <w:tcW w:type="dxa" w:w="1085"/>
          </w:tcPr>
          <w:p/>
        </w:tc>
        <w:tc>
          <w:tcPr>
            <w:tcW w:type="dxa" w:w="986"/>
          </w:tcPr>
          <w:p/>
        </w:tc>
        <w:tc>
          <w:tcPr>
            <w:tcW w:type="dxa" w:w="887"/>
          </w:tcPr>
          <w:p/>
        </w:tc>
        <w:tc>
          <w:tcPr>
            <w:tcW w:type="dxa" w:w="887"/>
          </w:tcPr>
          <w:p/>
        </w:tc>
        <w:tc>
          <w:tcPr>
            <w:tcW w:type="dxa" w:w="1183"/>
          </w:tcPr>
          <w:p/>
        </w:tc>
        <w:tc>
          <w:tcPr>
            <w:tcW w:type="dxa" w:w="1677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31.</w:t>
            </w:r>
          </w:p>
        </w:tc>
        <w:tc>
          <w:tcPr>
            <w:tcW w:type="dxa" w:w="1479"/>
          </w:tcPr>
          <w:p/>
        </w:tc>
        <w:tc>
          <w:tcPr>
            <w:tcW w:type="dxa" w:w="1183"/>
          </w:tcPr>
          <w:p/>
        </w:tc>
        <w:tc>
          <w:tcPr>
            <w:tcW w:type="dxa" w:w="1085"/>
          </w:tcPr>
          <w:p/>
        </w:tc>
        <w:tc>
          <w:tcPr>
            <w:tcW w:type="dxa" w:w="986"/>
          </w:tcPr>
          <w:p/>
        </w:tc>
        <w:tc>
          <w:tcPr>
            <w:tcW w:type="dxa" w:w="887"/>
          </w:tcPr>
          <w:p/>
        </w:tc>
        <w:tc>
          <w:tcPr>
            <w:tcW w:type="dxa" w:w="887"/>
          </w:tcPr>
          <w:p/>
        </w:tc>
        <w:tc>
          <w:tcPr>
            <w:tcW w:type="dxa" w:w="1183"/>
          </w:tcPr>
          <w:p/>
        </w:tc>
        <w:tc>
          <w:tcPr>
            <w:tcW w:type="dxa" w:w="1677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32.</w:t>
            </w:r>
          </w:p>
        </w:tc>
        <w:tc>
          <w:tcPr>
            <w:tcW w:type="dxa" w:w="1479"/>
          </w:tcPr>
          <w:p/>
        </w:tc>
        <w:tc>
          <w:tcPr>
            <w:tcW w:type="dxa" w:w="1183"/>
          </w:tcPr>
          <w:p/>
        </w:tc>
        <w:tc>
          <w:tcPr>
            <w:tcW w:type="dxa" w:w="1085"/>
          </w:tcPr>
          <w:p/>
        </w:tc>
        <w:tc>
          <w:tcPr>
            <w:tcW w:type="dxa" w:w="986"/>
          </w:tcPr>
          <w:p/>
        </w:tc>
        <w:tc>
          <w:tcPr>
            <w:tcW w:type="dxa" w:w="887"/>
          </w:tcPr>
          <w:p/>
        </w:tc>
        <w:tc>
          <w:tcPr>
            <w:tcW w:type="dxa" w:w="887"/>
          </w:tcPr>
          <w:p/>
        </w:tc>
        <w:tc>
          <w:tcPr>
            <w:tcW w:type="dxa" w:w="1183"/>
          </w:tcPr>
          <w:p/>
        </w:tc>
        <w:tc>
          <w:tcPr>
            <w:tcW w:type="dxa" w:w="1677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33.</w:t>
            </w:r>
          </w:p>
        </w:tc>
        <w:tc>
          <w:tcPr>
            <w:tcW w:type="dxa" w:w="1479"/>
          </w:tcPr>
          <w:p/>
        </w:tc>
        <w:tc>
          <w:tcPr>
            <w:tcW w:type="dxa" w:w="1183"/>
          </w:tcPr>
          <w:p/>
        </w:tc>
        <w:tc>
          <w:tcPr>
            <w:tcW w:type="dxa" w:w="1085"/>
          </w:tcPr>
          <w:p/>
        </w:tc>
        <w:tc>
          <w:tcPr>
            <w:tcW w:type="dxa" w:w="986"/>
          </w:tcPr>
          <w:p/>
        </w:tc>
        <w:tc>
          <w:tcPr>
            <w:tcW w:type="dxa" w:w="887"/>
          </w:tcPr>
          <w:p/>
        </w:tc>
        <w:tc>
          <w:tcPr>
            <w:tcW w:type="dxa" w:w="887"/>
          </w:tcPr>
          <w:p/>
        </w:tc>
        <w:tc>
          <w:tcPr>
            <w:tcW w:type="dxa" w:w="1183"/>
          </w:tcPr>
          <w:p/>
        </w:tc>
        <w:tc>
          <w:tcPr>
            <w:tcW w:type="dxa" w:w="1677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34.</w:t>
            </w:r>
          </w:p>
        </w:tc>
        <w:tc>
          <w:tcPr>
            <w:tcW w:type="dxa" w:w="1479"/>
          </w:tcPr>
          <w:p/>
        </w:tc>
        <w:tc>
          <w:tcPr>
            <w:tcW w:type="dxa" w:w="1183"/>
          </w:tcPr>
          <w:p/>
        </w:tc>
        <w:tc>
          <w:tcPr>
            <w:tcW w:type="dxa" w:w="1085"/>
          </w:tcPr>
          <w:p/>
        </w:tc>
        <w:tc>
          <w:tcPr>
            <w:tcW w:type="dxa" w:w="986"/>
          </w:tcPr>
          <w:p/>
        </w:tc>
        <w:tc>
          <w:tcPr>
            <w:tcW w:type="dxa" w:w="887"/>
          </w:tcPr>
          <w:p/>
        </w:tc>
        <w:tc>
          <w:tcPr>
            <w:tcW w:type="dxa" w:w="887"/>
          </w:tcPr>
          <w:p/>
        </w:tc>
        <w:tc>
          <w:tcPr>
            <w:tcW w:type="dxa" w:w="1183"/>
          </w:tcPr>
          <w:p/>
        </w:tc>
        <w:tc>
          <w:tcPr>
            <w:tcW w:type="dxa" w:w="1677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35.</w:t>
            </w:r>
          </w:p>
        </w:tc>
        <w:tc>
          <w:tcPr>
            <w:tcW w:type="dxa" w:w="1479"/>
          </w:tcPr>
          <w:p/>
        </w:tc>
        <w:tc>
          <w:tcPr>
            <w:tcW w:type="dxa" w:w="1183"/>
          </w:tcPr>
          <w:p/>
        </w:tc>
        <w:tc>
          <w:tcPr>
            <w:tcW w:type="dxa" w:w="1085"/>
          </w:tcPr>
          <w:p/>
        </w:tc>
        <w:tc>
          <w:tcPr>
            <w:tcW w:type="dxa" w:w="986"/>
          </w:tcPr>
          <w:p/>
        </w:tc>
        <w:tc>
          <w:tcPr>
            <w:tcW w:type="dxa" w:w="887"/>
          </w:tcPr>
          <w:p/>
        </w:tc>
        <w:tc>
          <w:tcPr>
            <w:tcW w:type="dxa" w:w="887"/>
          </w:tcPr>
          <w:p/>
        </w:tc>
        <w:tc>
          <w:tcPr>
            <w:tcW w:type="dxa" w:w="1183"/>
          </w:tcPr>
          <w:p/>
        </w:tc>
        <w:tc>
          <w:tcPr>
            <w:tcW w:type="dxa" w:w="1677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36.</w:t>
            </w:r>
          </w:p>
        </w:tc>
        <w:tc>
          <w:tcPr>
            <w:tcW w:type="dxa" w:w="1479"/>
          </w:tcPr>
          <w:p/>
        </w:tc>
        <w:tc>
          <w:tcPr>
            <w:tcW w:type="dxa" w:w="1183"/>
          </w:tcPr>
          <w:p/>
        </w:tc>
        <w:tc>
          <w:tcPr>
            <w:tcW w:type="dxa" w:w="1085"/>
          </w:tcPr>
          <w:p/>
        </w:tc>
        <w:tc>
          <w:tcPr>
            <w:tcW w:type="dxa" w:w="986"/>
          </w:tcPr>
          <w:p/>
        </w:tc>
        <w:tc>
          <w:tcPr>
            <w:tcW w:type="dxa" w:w="887"/>
          </w:tcPr>
          <w:p/>
        </w:tc>
        <w:tc>
          <w:tcPr>
            <w:tcW w:type="dxa" w:w="887"/>
          </w:tcPr>
          <w:p/>
        </w:tc>
        <w:tc>
          <w:tcPr>
            <w:tcW w:type="dxa" w:w="1183"/>
          </w:tcPr>
          <w:p/>
        </w:tc>
        <w:tc>
          <w:tcPr>
            <w:tcW w:type="dxa" w:w="1677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37.</w:t>
            </w:r>
          </w:p>
        </w:tc>
        <w:tc>
          <w:tcPr>
            <w:tcW w:type="dxa" w:w="1479"/>
          </w:tcPr>
          <w:p/>
        </w:tc>
        <w:tc>
          <w:tcPr>
            <w:tcW w:type="dxa" w:w="1183"/>
          </w:tcPr>
          <w:p/>
        </w:tc>
        <w:tc>
          <w:tcPr>
            <w:tcW w:type="dxa" w:w="1085"/>
          </w:tcPr>
          <w:p/>
        </w:tc>
        <w:tc>
          <w:tcPr>
            <w:tcW w:type="dxa" w:w="986"/>
          </w:tcPr>
          <w:p/>
        </w:tc>
        <w:tc>
          <w:tcPr>
            <w:tcW w:type="dxa" w:w="887"/>
          </w:tcPr>
          <w:p/>
        </w:tc>
        <w:tc>
          <w:tcPr>
            <w:tcW w:type="dxa" w:w="887"/>
          </w:tcPr>
          <w:p/>
        </w:tc>
        <w:tc>
          <w:tcPr>
            <w:tcW w:type="dxa" w:w="1183"/>
          </w:tcPr>
          <w:p/>
        </w:tc>
        <w:tc>
          <w:tcPr>
            <w:tcW w:type="dxa" w:w="1677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38.</w:t>
            </w:r>
          </w:p>
        </w:tc>
        <w:tc>
          <w:tcPr>
            <w:tcW w:type="dxa" w:w="1479"/>
          </w:tcPr>
          <w:p/>
        </w:tc>
        <w:tc>
          <w:tcPr>
            <w:tcW w:type="dxa" w:w="1183"/>
          </w:tcPr>
          <w:p/>
        </w:tc>
        <w:tc>
          <w:tcPr>
            <w:tcW w:type="dxa" w:w="1085"/>
          </w:tcPr>
          <w:p/>
        </w:tc>
        <w:tc>
          <w:tcPr>
            <w:tcW w:type="dxa" w:w="986"/>
          </w:tcPr>
          <w:p/>
        </w:tc>
        <w:tc>
          <w:tcPr>
            <w:tcW w:type="dxa" w:w="887"/>
          </w:tcPr>
          <w:p/>
        </w:tc>
        <w:tc>
          <w:tcPr>
            <w:tcW w:type="dxa" w:w="887"/>
          </w:tcPr>
          <w:p/>
        </w:tc>
        <w:tc>
          <w:tcPr>
            <w:tcW w:type="dxa" w:w="1183"/>
          </w:tcPr>
          <w:p/>
        </w:tc>
        <w:tc>
          <w:tcPr>
            <w:tcW w:type="dxa" w:w="1677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39.</w:t>
            </w:r>
          </w:p>
        </w:tc>
        <w:tc>
          <w:tcPr>
            <w:tcW w:type="dxa" w:w="1479"/>
          </w:tcPr>
          <w:p/>
        </w:tc>
        <w:tc>
          <w:tcPr>
            <w:tcW w:type="dxa" w:w="1183"/>
          </w:tcPr>
          <w:p/>
        </w:tc>
        <w:tc>
          <w:tcPr>
            <w:tcW w:type="dxa" w:w="1085"/>
          </w:tcPr>
          <w:p/>
        </w:tc>
        <w:tc>
          <w:tcPr>
            <w:tcW w:type="dxa" w:w="986"/>
          </w:tcPr>
          <w:p/>
        </w:tc>
        <w:tc>
          <w:tcPr>
            <w:tcW w:type="dxa" w:w="887"/>
          </w:tcPr>
          <w:p/>
        </w:tc>
        <w:tc>
          <w:tcPr>
            <w:tcW w:type="dxa" w:w="887"/>
          </w:tcPr>
          <w:p/>
        </w:tc>
        <w:tc>
          <w:tcPr>
            <w:tcW w:type="dxa" w:w="1183"/>
          </w:tcPr>
          <w:p/>
        </w:tc>
        <w:tc>
          <w:tcPr>
            <w:tcW w:type="dxa" w:w="1677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0" w:after="0" w:line="20" w:lineRule="exact"/>
      </w:pPr>
      <w:r>
        <w:br w:type="page"/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Rejestr wypadków przy pracy: wpisy (ciąg dalszy)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493"/>
        <w:gridCol w:w="1479"/>
        <w:gridCol w:w="1183"/>
        <w:gridCol w:w="1085"/>
        <w:gridCol w:w="986"/>
        <w:gridCol w:w="887"/>
        <w:gridCol w:w="887"/>
        <w:gridCol w:w="1183"/>
        <w:gridCol w:w="1677"/>
      </w:tblGrid>
      <w:tr>
        <w:trPr>
          <w:cantSplit/>
        </w:trPr>
        <w:tc>
          <w:tcPr>
            <w:tcW w:type="dxa" w:w="49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Lp.</w:t>
            </w:r>
          </w:p>
        </w:tc>
        <w:tc>
          <w:tcPr>
            <w:tcW w:type="dxa" w:w="1479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(1) Imię i nazwisko poszkodowanego</w:t>
            </w:r>
          </w:p>
        </w:tc>
        <w:tc>
          <w:tcPr>
            <w:tcW w:type="dxa" w:w="118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(2) Miejsce i data wypadku</w:t>
            </w:r>
          </w:p>
        </w:tc>
        <w:tc>
          <w:tcPr>
            <w:tcW w:type="dxa" w:w="1085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(3) Skutki wypadku</w:t>
            </w:r>
          </w:p>
        </w:tc>
        <w:tc>
          <w:tcPr>
            <w:tcW w:type="dxa" w:w="986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(4) Data protokołu</w:t>
            </w:r>
          </w:p>
        </w:tc>
        <w:tc>
          <w:tcPr>
            <w:tcW w:type="dxa" w:w="887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(5) Wypadek przy pracy: tak / nie</w:t>
            </w:r>
          </w:p>
        </w:tc>
        <w:tc>
          <w:tcPr>
            <w:tcW w:type="dxa" w:w="887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(6) Data wniosku do ZUS</w:t>
            </w:r>
          </w:p>
        </w:tc>
        <w:tc>
          <w:tcPr>
            <w:tcW w:type="dxa" w:w="118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(7) Dni niezdolności do pracy</w:t>
            </w:r>
          </w:p>
        </w:tc>
        <w:tc>
          <w:tcPr>
            <w:tcW w:type="dxa" w:w="1677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(8) Inne informacje, wnioski profilaktyczne</w:t>
            </w:r>
          </w:p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40.</w:t>
            </w:r>
          </w:p>
        </w:tc>
        <w:tc>
          <w:tcPr>
            <w:tcW w:type="dxa" w:w="1479"/>
          </w:tcPr>
          <w:p/>
        </w:tc>
        <w:tc>
          <w:tcPr>
            <w:tcW w:type="dxa" w:w="1183"/>
          </w:tcPr>
          <w:p/>
        </w:tc>
        <w:tc>
          <w:tcPr>
            <w:tcW w:type="dxa" w:w="1085"/>
          </w:tcPr>
          <w:p/>
        </w:tc>
        <w:tc>
          <w:tcPr>
            <w:tcW w:type="dxa" w:w="986"/>
          </w:tcPr>
          <w:p/>
        </w:tc>
        <w:tc>
          <w:tcPr>
            <w:tcW w:type="dxa" w:w="887"/>
          </w:tcPr>
          <w:p/>
        </w:tc>
        <w:tc>
          <w:tcPr>
            <w:tcW w:type="dxa" w:w="887"/>
          </w:tcPr>
          <w:p/>
        </w:tc>
        <w:tc>
          <w:tcPr>
            <w:tcW w:type="dxa" w:w="1183"/>
          </w:tcPr>
          <w:p/>
        </w:tc>
        <w:tc>
          <w:tcPr>
            <w:tcW w:type="dxa" w:w="1677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41.</w:t>
            </w:r>
          </w:p>
        </w:tc>
        <w:tc>
          <w:tcPr>
            <w:tcW w:type="dxa" w:w="1479"/>
          </w:tcPr>
          <w:p/>
        </w:tc>
        <w:tc>
          <w:tcPr>
            <w:tcW w:type="dxa" w:w="1183"/>
          </w:tcPr>
          <w:p/>
        </w:tc>
        <w:tc>
          <w:tcPr>
            <w:tcW w:type="dxa" w:w="1085"/>
          </w:tcPr>
          <w:p/>
        </w:tc>
        <w:tc>
          <w:tcPr>
            <w:tcW w:type="dxa" w:w="986"/>
          </w:tcPr>
          <w:p/>
        </w:tc>
        <w:tc>
          <w:tcPr>
            <w:tcW w:type="dxa" w:w="887"/>
          </w:tcPr>
          <w:p/>
        </w:tc>
        <w:tc>
          <w:tcPr>
            <w:tcW w:type="dxa" w:w="887"/>
          </w:tcPr>
          <w:p/>
        </w:tc>
        <w:tc>
          <w:tcPr>
            <w:tcW w:type="dxa" w:w="1183"/>
          </w:tcPr>
          <w:p/>
        </w:tc>
        <w:tc>
          <w:tcPr>
            <w:tcW w:type="dxa" w:w="1677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42.</w:t>
            </w:r>
          </w:p>
        </w:tc>
        <w:tc>
          <w:tcPr>
            <w:tcW w:type="dxa" w:w="1479"/>
          </w:tcPr>
          <w:p/>
        </w:tc>
        <w:tc>
          <w:tcPr>
            <w:tcW w:type="dxa" w:w="1183"/>
          </w:tcPr>
          <w:p/>
        </w:tc>
        <w:tc>
          <w:tcPr>
            <w:tcW w:type="dxa" w:w="1085"/>
          </w:tcPr>
          <w:p/>
        </w:tc>
        <w:tc>
          <w:tcPr>
            <w:tcW w:type="dxa" w:w="986"/>
          </w:tcPr>
          <w:p/>
        </w:tc>
        <w:tc>
          <w:tcPr>
            <w:tcW w:type="dxa" w:w="887"/>
          </w:tcPr>
          <w:p/>
        </w:tc>
        <w:tc>
          <w:tcPr>
            <w:tcW w:type="dxa" w:w="887"/>
          </w:tcPr>
          <w:p/>
        </w:tc>
        <w:tc>
          <w:tcPr>
            <w:tcW w:type="dxa" w:w="1183"/>
          </w:tcPr>
          <w:p/>
        </w:tc>
        <w:tc>
          <w:tcPr>
            <w:tcW w:type="dxa" w:w="1677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43.</w:t>
            </w:r>
          </w:p>
        </w:tc>
        <w:tc>
          <w:tcPr>
            <w:tcW w:type="dxa" w:w="1479"/>
          </w:tcPr>
          <w:p/>
        </w:tc>
        <w:tc>
          <w:tcPr>
            <w:tcW w:type="dxa" w:w="1183"/>
          </w:tcPr>
          <w:p/>
        </w:tc>
        <w:tc>
          <w:tcPr>
            <w:tcW w:type="dxa" w:w="1085"/>
          </w:tcPr>
          <w:p/>
        </w:tc>
        <w:tc>
          <w:tcPr>
            <w:tcW w:type="dxa" w:w="986"/>
          </w:tcPr>
          <w:p/>
        </w:tc>
        <w:tc>
          <w:tcPr>
            <w:tcW w:type="dxa" w:w="887"/>
          </w:tcPr>
          <w:p/>
        </w:tc>
        <w:tc>
          <w:tcPr>
            <w:tcW w:type="dxa" w:w="887"/>
          </w:tcPr>
          <w:p/>
        </w:tc>
        <w:tc>
          <w:tcPr>
            <w:tcW w:type="dxa" w:w="1183"/>
          </w:tcPr>
          <w:p/>
        </w:tc>
        <w:tc>
          <w:tcPr>
            <w:tcW w:type="dxa" w:w="1677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44.</w:t>
            </w:r>
          </w:p>
        </w:tc>
        <w:tc>
          <w:tcPr>
            <w:tcW w:type="dxa" w:w="1479"/>
          </w:tcPr>
          <w:p/>
        </w:tc>
        <w:tc>
          <w:tcPr>
            <w:tcW w:type="dxa" w:w="1183"/>
          </w:tcPr>
          <w:p/>
        </w:tc>
        <w:tc>
          <w:tcPr>
            <w:tcW w:type="dxa" w:w="1085"/>
          </w:tcPr>
          <w:p/>
        </w:tc>
        <w:tc>
          <w:tcPr>
            <w:tcW w:type="dxa" w:w="986"/>
          </w:tcPr>
          <w:p/>
        </w:tc>
        <w:tc>
          <w:tcPr>
            <w:tcW w:type="dxa" w:w="887"/>
          </w:tcPr>
          <w:p/>
        </w:tc>
        <w:tc>
          <w:tcPr>
            <w:tcW w:type="dxa" w:w="887"/>
          </w:tcPr>
          <w:p/>
        </w:tc>
        <w:tc>
          <w:tcPr>
            <w:tcW w:type="dxa" w:w="1183"/>
          </w:tcPr>
          <w:p/>
        </w:tc>
        <w:tc>
          <w:tcPr>
            <w:tcW w:type="dxa" w:w="1677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45.</w:t>
            </w:r>
          </w:p>
        </w:tc>
        <w:tc>
          <w:tcPr>
            <w:tcW w:type="dxa" w:w="1479"/>
          </w:tcPr>
          <w:p/>
        </w:tc>
        <w:tc>
          <w:tcPr>
            <w:tcW w:type="dxa" w:w="1183"/>
          </w:tcPr>
          <w:p/>
        </w:tc>
        <w:tc>
          <w:tcPr>
            <w:tcW w:type="dxa" w:w="1085"/>
          </w:tcPr>
          <w:p/>
        </w:tc>
        <w:tc>
          <w:tcPr>
            <w:tcW w:type="dxa" w:w="986"/>
          </w:tcPr>
          <w:p/>
        </w:tc>
        <w:tc>
          <w:tcPr>
            <w:tcW w:type="dxa" w:w="887"/>
          </w:tcPr>
          <w:p/>
        </w:tc>
        <w:tc>
          <w:tcPr>
            <w:tcW w:type="dxa" w:w="887"/>
          </w:tcPr>
          <w:p/>
        </w:tc>
        <w:tc>
          <w:tcPr>
            <w:tcW w:type="dxa" w:w="1183"/>
          </w:tcPr>
          <w:p/>
        </w:tc>
        <w:tc>
          <w:tcPr>
            <w:tcW w:type="dxa" w:w="1677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46.</w:t>
            </w:r>
          </w:p>
        </w:tc>
        <w:tc>
          <w:tcPr>
            <w:tcW w:type="dxa" w:w="1479"/>
          </w:tcPr>
          <w:p/>
        </w:tc>
        <w:tc>
          <w:tcPr>
            <w:tcW w:type="dxa" w:w="1183"/>
          </w:tcPr>
          <w:p/>
        </w:tc>
        <w:tc>
          <w:tcPr>
            <w:tcW w:type="dxa" w:w="1085"/>
          </w:tcPr>
          <w:p/>
        </w:tc>
        <w:tc>
          <w:tcPr>
            <w:tcW w:type="dxa" w:w="986"/>
          </w:tcPr>
          <w:p/>
        </w:tc>
        <w:tc>
          <w:tcPr>
            <w:tcW w:type="dxa" w:w="887"/>
          </w:tcPr>
          <w:p/>
        </w:tc>
        <w:tc>
          <w:tcPr>
            <w:tcW w:type="dxa" w:w="887"/>
          </w:tcPr>
          <w:p/>
        </w:tc>
        <w:tc>
          <w:tcPr>
            <w:tcW w:type="dxa" w:w="1183"/>
          </w:tcPr>
          <w:p/>
        </w:tc>
        <w:tc>
          <w:tcPr>
            <w:tcW w:type="dxa" w:w="1677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47.</w:t>
            </w:r>
          </w:p>
        </w:tc>
        <w:tc>
          <w:tcPr>
            <w:tcW w:type="dxa" w:w="1479"/>
          </w:tcPr>
          <w:p/>
        </w:tc>
        <w:tc>
          <w:tcPr>
            <w:tcW w:type="dxa" w:w="1183"/>
          </w:tcPr>
          <w:p/>
        </w:tc>
        <w:tc>
          <w:tcPr>
            <w:tcW w:type="dxa" w:w="1085"/>
          </w:tcPr>
          <w:p/>
        </w:tc>
        <w:tc>
          <w:tcPr>
            <w:tcW w:type="dxa" w:w="986"/>
          </w:tcPr>
          <w:p/>
        </w:tc>
        <w:tc>
          <w:tcPr>
            <w:tcW w:type="dxa" w:w="887"/>
          </w:tcPr>
          <w:p/>
        </w:tc>
        <w:tc>
          <w:tcPr>
            <w:tcW w:type="dxa" w:w="887"/>
          </w:tcPr>
          <w:p/>
        </w:tc>
        <w:tc>
          <w:tcPr>
            <w:tcW w:type="dxa" w:w="1183"/>
          </w:tcPr>
          <w:p/>
        </w:tc>
        <w:tc>
          <w:tcPr>
            <w:tcW w:type="dxa" w:w="1677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48.</w:t>
            </w:r>
          </w:p>
        </w:tc>
        <w:tc>
          <w:tcPr>
            <w:tcW w:type="dxa" w:w="1479"/>
          </w:tcPr>
          <w:p/>
        </w:tc>
        <w:tc>
          <w:tcPr>
            <w:tcW w:type="dxa" w:w="1183"/>
          </w:tcPr>
          <w:p/>
        </w:tc>
        <w:tc>
          <w:tcPr>
            <w:tcW w:type="dxa" w:w="1085"/>
          </w:tcPr>
          <w:p/>
        </w:tc>
        <w:tc>
          <w:tcPr>
            <w:tcW w:type="dxa" w:w="986"/>
          </w:tcPr>
          <w:p/>
        </w:tc>
        <w:tc>
          <w:tcPr>
            <w:tcW w:type="dxa" w:w="887"/>
          </w:tcPr>
          <w:p/>
        </w:tc>
        <w:tc>
          <w:tcPr>
            <w:tcW w:type="dxa" w:w="887"/>
          </w:tcPr>
          <w:p/>
        </w:tc>
        <w:tc>
          <w:tcPr>
            <w:tcW w:type="dxa" w:w="1183"/>
          </w:tcPr>
          <w:p/>
        </w:tc>
        <w:tc>
          <w:tcPr>
            <w:tcW w:type="dxa" w:w="1677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49.</w:t>
            </w:r>
          </w:p>
        </w:tc>
        <w:tc>
          <w:tcPr>
            <w:tcW w:type="dxa" w:w="1479"/>
          </w:tcPr>
          <w:p/>
        </w:tc>
        <w:tc>
          <w:tcPr>
            <w:tcW w:type="dxa" w:w="1183"/>
          </w:tcPr>
          <w:p/>
        </w:tc>
        <w:tc>
          <w:tcPr>
            <w:tcW w:type="dxa" w:w="1085"/>
          </w:tcPr>
          <w:p/>
        </w:tc>
        <w:tc>
          <w:tcPr>
            <w:tcW w:type="dxa" w:w="986"/>
          </w:tcPr>
          <w:p/>
        </w:tc>
        <w:tc>
          <w:tcPr>
            <w:tcW w:type="dxa" w:w="887"/>
          </w:tcPr>
          <w:p/>
        </w:tc>
        <w:tc>
          <w:tcPr>
            <w:tcW w:type="dxa" w:w="887"/>
          </w:tcPr>
          <w:p/>
        </w:tc>
        <w:tc>
          <w:tcPr>
            <w:tcW w:type="dxa" w:w="1183"/>
          </w:tcPr>
          <w:p/>
        </w:tc>
        <w:tc>
          <w:tcPr>
            <w:tcW w:type="dxa" w:w="1677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50.</w:t>
            </w:r>
          </w:p>
        </w:tc>
        <w:tc>
          <w:tcPr>
            <w:tcW w:type="dxa" w:w="1479"/>
          </w:tcPr>
          <w:p/>
        </w:tc>
        <w:tc>
          <w:tcPr>
            <w:tcW w:type="dxa" w:w="1183"/>
          </w:tcPr>
          <w:p/>
        </w:tc>
        <w:tc>
          <w:tcPr>
            <w:tcW w:type="dxa" w:w="1085"/>
          </w:tcPr>
          <w:p/>
        </w:tc>
        <w:tc>
          <w:tcPr>
            <w:tcW w:type="dxa" w:w="986"/>
          </w:tcPr>
          <w:p/>
        </w:tc>
        <w:tc>
          <w:tcPr>
            <w:tcW w:type="dxa" w:w="887"/>
          </w:tcPr>
          <w:p/>
        </w:tc>
        <w:tc>
          <w:tcPr>
            <w:tcW w:type="dxa" w:w="887"/>
          </w:tcPr>
          <w:p/>
        </w:tc>
        <w:tc>
          <w:tcPr>
            <w:tcW w:type="dxa" w:w="1183"/>
          </w:tcPr>
          <w:p/>
        </w:tc>
        <w:tc>
          <w:tcPr>
            <w:tcW w:type="dxa" w:w="1677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51.</w:t>
            </w:r>
          </w:p>
        </w:tc>
        <w:tc>
          <w:tcPr>
            <w:tcW w:type="dxa" w:w="1479"/>
          </w:tcPr>
          <w:p/>
        </w:tc>
        <w:tc>
          <w:tcPr>
            <w:tcW w:type="dxa" w:w="1183"/>
          </w:tcPr>
          <w:p/>
        </w:tc>
        <w:tc>
          <w:tcPr>
            <w:tcW w:type="dxa" w:w="1085"/>
          </w:tcPr>
          <w:p/>
        </w:tc>
        <w:tc>
          <w:tcPr>
            <w:tcW w:type="dxa" w:w="986"/>
          </w:tcPr>
          <w:p/>
        </w:tc>
        <w:tc>
          <w:tcPr>
            <w:tcW w:type="dxa" w:w="887"/>
          </w:tcPr>
          <w:p/>
        </w:tc>
        <w:tc>
          <w:tcPr>
            <w:tcW w:type="dxa" w:w="887"/>
          </w:tcPr>
          <w:p/>
        </w:tc>
        <w:tc>
          <w:tcPr>
            <w:tcW w:type="dxa" w:w="1183"/>
          </w:tcPr>
          <w:p/>
        </w:tc>
        <w:tc>
          <w:tcPr>
            <w:tcW w:type="dxa" w:w="1677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52.</w:t>
            </w:r>
          </w:p>
        </w:tc>
        <w:tc>
          <w:tcPr>
            <w:tcW w:type="dxa" w:w="1479"/>
          </w:tcPr>
          <w:p/>
        </w:tc>
        <w:tc>
          <w:tcPr>
            <w:tcW w:type="dxa" w:w="1183"/>
          </w:tcPr>
          <w:p/>
        </w:tc>
        <w:tc>
          <w:tcPr>
            <w:tcW w:type="dxa" w:w="1085"/>
          </w:tcPr>
          <w:p/>
        </w:tc>
        <w:tc>
          <w:tcPr>
            <w:tcW w:type="dxa" w:w="986"/>
          </w:tcPr>
          <w:p/>
        </w:tc>
        <w:tc>
          <w:tcPr>
            <w:tcW w:type="dxa" w:w="887"/>
          </w:tcPr>
          <w:p/>
        </w:tc>
        <w:tc>
          <w:tcPr>
            <w:tcW w:type="dxa" w:w="887"/>
          </w:tcPr>
          <w:p/>
        </w:tc>
        <w:tc>
          <w:tcPr>
            <w:tcW w:type="dxa" w:w="1183"/>
          </w:tcPr>
          <w:p/>
        </w:tc>
        <w:tc>
          <w:tcPr>
            <w:tcW w:type="dxa" w:w="1677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53.</w:t>
            </w:r>
          </w:p>
        </w:tc>
        <w:tc>
          <w:tcPr>
            <w:tcW w:type="dxa" w:w="1479"/>
          </w:tcPr>
          <w:p/>
        </w:tc>
        <w:tc>
          <w:tcPr>
            <w:tcW w:type="dxa" w:w="1183"/>
          </w:tcPr>
          <w:p/>
        </w:tc>
        <w:tc>
          <w:tcPr>
            <w:tcW w:type="dxa" w:w="1085"/>
          </w:tcPr>
          <w:p/>
        </w:tc>
        <w:tc>
          <w:tcPr>
            <w:tcW w:type="dxa" w:w="986"/>
          </w:tcPr>
          <w:p/>
        </w:tc>
        <w:tc>
          <w:tcPr>
            <w:tcW w:type="dxa" w:w="887"/>
          </w:tcPr>
          <w:p/>
        </w:tc>
        <w:tc>
          <w:tcPr>
            <w:tcW w:type="dxa" w:w="887"/>
          </w:tcPr>
          <w:p/>
        </w:tc>
        <w:tc>
          <w:tcPr>
            <w:tcW w:type="dxa" w:w="1183"/>
          </w:tcPr>
          <w:p/>
        </w:tc>
        <w:tc>
          <w:tcPr>
            <w:tcW w:type="dxa" w:w="1677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54.</w:t>
            </w:r>
          </w:p>
        </w:tc>
        <w:tc>
          <w:tcPr>
            <w:tcW w:type="dxa" w:w="1479"/>
          </w:tcPr>
          <w:p/>
        </w:tc>
        <w:tc>
          <w:tcPr>
            <w:tcW w:type="dxa" w:w="1183"/>
          </w:tcPr>
          <w:p/>
        </w:tc>
        <w:tc>
          <w:tcPr>
            <w:tcW w:type="dxa" w:w="1085"/>
          </w:tcPr>
          <w:p/>
        </w:tc>
        <w:tc>
          <w:tcPr>
            <w:tcW w:type="dxa" w:w="986"/>
          </w:tcPr>
          <w:p/>
        </w:tc>
        <w:tc>
          <w:tcPr>
            <w:tcW w:type="dxa" w:w="887"/>
          </w:tcPr>
          <w:p/>
        </w:tc>
        <w:tc>
          <w:tcPr>
            <w:tcW w:type="dxa" w:w="887"/>
          </w:tcPr>
          <w:p/>
        </w:tc>
        <w:tc>
          <w:tcPr>
            <w:tcW w:type="dxa" w:w="1183"/>
          </w:tcPr>
          <w:p/>
        </w:tc>
        <w:tc>
          <w:tcPr>
            <w:tcW w:type="dxa" w:w="1677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55.</w:t>
            </w:r>
          </w:p>
        </w:tc>
        <w:tc>
          <w:tcPr>
            <w:tcW w:type="dxa" w:w="1479"/>
          </w:tcPr>
          <w:p/>
        </w:tc>
        <w:tc>
          <w:tcPr>
            <w:tcW w:type="dxa" w:w="1183"/>
          </w:tcPr>
          <w:p/>
        </w:tc>
        <w:tc>
          <w:tcPr>
            <w:tcW w:type="dxa" w:w="1085"/>
          </w:tcPr>
          <w:p/>
        </w:tc>
        <w:tc>
          <w:tcPr>
            <w:tcW w:type="dxa" w:w="986"/>
          </w:tcPr>
          <w:p/>
        </w:tc>
        <w:tc>
          <w:tcPr>
            <w:tcW w:type="dxa" w:w="887"/>
          </w:tcPr>
          <w:p/>
        </w:tc>
        <w:tc>
          <w:tcPr>
            <w:tcW w:type="dxa" w:w="887"/>
          </w:tcPr>
          <w:p/>
        </w:tc>
        <w:tc>
          <w:tcPr>
            <w:tcW w:type="dxa" w:w="1183"/>
          </w:tcPr>
          <w:p/>
        </w:tc>
        <w:tc>
          <w:tcPr>
            <w:tcW w:type="dxa" w:w="1677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56.</w:t>
            </w:r>
          </w:p>
        </w:tc>
        <w:tc>
          <w:tcPr>
            <w:tcW w:type="dxa" w:w="1479"/>
          </w:tcPr>
          <w:p/>
        </w:tc>
        <w:tc>
          <w:tcPr>
            <w:tcW w:type="dxa" w:w="1183"/>
          </w:tcPr>
          <w:p/>
        </w:tc>
        <w:tc>
          <w:tcPr>
            <w:tcW w:type="dxa" w:w="1085"/>
          </w:tcPr>
          <w:p/>
        </w:tc>
        <w:tc>
          <w:tcPr>
            <w:tcW w:type="dxa" w:w="986"/>
          </w:tcPr>
          <w:p/>
        </w:tc>
        <w:tc>
          <w:tcPr>
            <w:tcW w:type="dxa" w:w="887"/>
          </w:tcPr>
          <w:p/>
        </w:tc>
        <w:tc>
          <w:tcPr>
            <w:tcW w:type="dxa" w:w="887"/>
          </w:tcPr>
          <w:p/>
        </w:tc>
        <w:tc>
          <w:tcPr>
            <w:tcW w:type="dxa" w:w="1183"/>
          </w:tcPr>
          <w:p/>
        </w:tc>
        <w:tc>
          <w:tcPr>
            <w:tcW w:type="dxa" w:w="1677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57.</w:t>
            </w:r>
          </w:p>
        </w:tc>
        <w:tc>
          <w:tcPr>
            <w:tcW w:type="dxa" w:w="1479"/>
          </w:tcPr>
          <w:p/>
        </w:tc>
        <w:tc>
          <w:tcPr>
            <w:tcW w:type="dxa" w:w="1183"/>
          </w:tcPr>
          <w:p/>
        </w:tc>
        <w:tc>
          <w:tcPr>
            <w:tcW w:type="dxa" w:w="1085"/>
          </w:tcPr>
          <w:p/>
        </w:tc>
        <w:tc>
          <w:tcPr>
            <w:tcW w:type="dxa" w:w="986"/>
          </w:tcPr>
          <w:p/>
        </w:tc>
        <w:tc>
          <w:tcPr>
            <w:tcW w:type="dxa" w:w="887"/>
          </w:tcPr>
          <w:p/>
        </w:tc>
        <w:tc>
          <w:tcPr>
            <w:tcW w:type="dxa" w:w="887"/>
          </w:tcPr>
          <w:p/>
        </w:tc>
        <w:tc>
          <w:tcPr>
            <w:tcW w:type="dxa" w:w="1183"/>
          </w:tcPr>
          <w:p/>
        </w:tc>
        <w:tc>
          <w:tcPr>
            <w:tcW w:type="dxa" w:w="1677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58.</w:t>
            </w:r>
          </w:p>
        </w:tc>
        <w:tc>
          <w:tcPr>
            <w:tcW w:type="dxa" w:w="1479"/>
          </w:tcPr>
          <w:p/>
        </w:tc>
        <w:tc>
          <w:tcPr>
            <w:tcW w:type="dxa" w:w="1183"/>
          </w:tcPr>
          <w:p/>
        </w:tc>
        <w:tc>
          <w:tcPr>
            <w:tcW w:type="dxa" w:w="1085"/>
          </w:tcPr>
          <w:p/>
        </w:tc>
        <w:tc>
          <w:tcPr>
            <w:tcW w:type="dxa" w:w="986"/>
          </w:tcPr>
          <w:p/>
        </w:tc>
        <w:tc>
          <w:tcPr>
            <w:tcW w:type="dxa" w:w="887"/>
          </w:tcPr>
          <w:p/>
        </w:tc>
        <w:tc>
          <w:tcPr>
            <w:tcW w:type="dxa" w:w="887"/>
          </w:tcPr>
          <w:p/>
        </w:tc>
        <w:tc>
          <w:tcPr>
            <w:tcW w:type="dxa" w:w="1183"/>
          </w:tcPr>
          <w:p/>
        </w:tc>
        <w:tc>
          <w:tcPr>
            <w:tcW w:type="dxa" w:w="1677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59.</w:t>
            </w:r>
          </w:p>
        </w:tc>
        <w:tc>
          <w:tcPr>
            <w:tcW w:type="dxa" w:w="1479"/>
          </w:tcPr>
          <w:p/>
        </w:tc>
        <w:tc>
          <w:tcPr>
            <w:tcW w:type="dxa" w:w="1183"/>
          </w:tcPr>
          <w:p/>
        </w:tc>
        <w:tc>
          <w:tcPr>
            <w:tcW w:type="dxa" w:w="1085"/>
          </w:tcPr>
          <w:p/>
        </w:tc>
        <w:tc>
          <w:tcPr>
            <w:tcW w:type="dxa" w:w="986"/>
          </w:tcPr>
          <w:p/>
        </w:tc>
        <w:tc>
          <w:tcPr>
            <w:tcW w:type="dxa" w:w="887"/>
          </w:tcPr>
          <w:p/>
        </w:tc>
        <w:tc>
          <w:tcPr>
            <w:tcW w:type="dxa" w:w="887"/>
          </w:tcPr>
          <w:p/>
        </w:tc>
        <w:tc>
          <w:tcPr>
            <w:tcW w:type="dxa" w:w="1183"/>
          </w:tcPr>
          <w:p/>
        </w:tc>
        <w:tc>
          <w:tcPr>
            <w:tcW w:type="dxa" w:w="1677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60.</w:t>
            </w:r>
          </w:p>
        </w:tc>
        <w:tc>
          <w:tcPr>
            <w:tcW w:type="dxa" w:w="1479"/>
          </w:tcPr>
          <w:p/>
        </w:tc>
        <w:tc>
          <w:tcPr>
            <w:tcW w:type="dxa" w:w="1183"/>
          </w:tcPr>
          <w:p/>
        </w:tc>
        <w:tc>
          <w:tcPr>
            <w:tcW w:type="dxa" w:w="1085"/>
          </w:tcPr>
          <w:p/>
        </w:tc>
        <w:tc>
          <w:tcPr>
            <w:tcW w:type="dxa" w:w="986"/>
          </w:tcPr>
          <w:p/>
        </w:tc>
        <w:tc>
          <w:tcPr>
            <w:tcW w:type="dxa" w:w="887"/>
          </w:tcPr>
          <w:p/>
        </w:tc>
        <w:tc>
          <w:tcPr>
            <w:tcW w:type="dxa" w:w="887"/>
          </w:tcPr>
          <w:p/>
        </w:tc>
        <w:tc>
          <w:tcPr>
            <w:tcW w:type="dxa" w:w="1183"/>
          </w:tcPr>
          <w:p/>
        </w:tc>
        <w:tc>
          <w:tcPr>
            <w:tcW w:type="dxa" w:w="1677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61.</w:t>
            </w:r>
          </w:p>
        </w:tc>
        <w:tc>
          <w:tcPr>
            <w:tcW w:type="dxa" w:w="1479"/>
          </w:tcPr>
          <w:p/>
        </w:tc>
        <w:tc>
          <w:tcPr>
            <w:tcW w:type="dxa" w:w="1183"/>
          </w:tcPr>
          <w:p/>
        </w:tc>
        <w:tc>
          <w:tcPr>
            <w:tcW w:type="dxa" w:w="1085"/>
          </w:tcPr>
          <w:p/>
        </w:tc>
        <w:tc>
          <w:tcPr>
            <w:tcW w:type="dxa" w:w="986"/>
          </w:tcPr>
          <w:p/>
        </w:tc>
        <w:tc>
          <w:tcPr>
            <w:tcW w:type="dxa" w:w="887"/>
          </w:tcPr>
          <w:p/>
        </w:tc>
        <w:tc>
          <w:tcPr>
            <w:tcW w:type="dxa" w:w="887"/>
          </w:tcPr>
          <w:p/>
        </w:tc>
        <w:tc>
          <w:tcPr>
            <w:tcW w:type="dxa" w:w="1183"/>
          </w:tcPr>
          <w:p/>
        </w:tc>
        <w:tc>
          <w:tcPr>
            <w:tcW w:type="dxa" w:w="1677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62.</w:t>
            </w:r>
          </w:p>
        </w:tc>
        <w:tc>
          <w:tcPr>
            <w:tcW w:type="dxa" w:w="1479"/>
          </w:tcPr>
          <w:p/>
        </w:tc>
        <w:tc>
          <w:tcPr>
            <w:tcW w:type="dxa" w:w="1183"/>
          </w:tcPr>
          <w:p/>
        </w:tc>
        <w:tc>
          <w:tcPr>
            <w:tcW w:type="dxa" w:w="1085"/>
          </w:tcPr>
          <w:p/>
        </w:tc>
        <w:tc>
          <w:tcPr>
            <w:tcW w:type="dxa" w:w="986"/>
          </w:tcPr>
          <w:p/>
        </w:tc>
        <w:tc>
          <w:tcPr>
            <w:tcW w:type="dxa" w:w="887"/>
          </w:tcPr>
          <w:p/>
        </w:tc>
        <w:tc>
          <w:tcPr>
            <w:tcW w:type="dxa" w:w="887"/>
          </w:tcPr>
          <w:p/>
        </w:tc>
        <w:tc>
          <w:tcPr>
            <w:tcW w:type="dxa" w:w="1183"/>
          </w:tcPr>
          <w:p/>
        </w:tc>
        <w:tc>
          <w:tcPr>
            <w:tcW w:type="dxa" w:w="1677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63.</w:t>
            </w:r>
          </w:p>
        </w:tc>
        <w:tc>
          <w:tcPr>
            <w:tcW w:type="dxa" w:w="1479"/>
          </w:tcPr>
          <w:p/>
        </w:tc>
        <w:tc>
          <w:tcPr>
            <w:tcW w:type="dxa" w:w="1183"/>
          </w:tcPr>
          <w:p/>
        </w:tc>
        <w:tc>
          <w:tcPr>
            <w:tcW w:type="dxa" w:w="1085"/>
          </w:tcPr>
          <w:p/>
        </w:tc>
        <w:tc>
          <w:tcPr>
            <w:tcW w:type="dxa" w:w="986"/>
          </w:tcPr>
          <w:p/>
        </w:tc>
        <w:tc>
          <w:tcPr>
            <w:tcW w:type="dxa" w:w="887"/>
          </w:tcPr>
          <w:p/>
        </w:tc>
        <w:tc>
          <w:tcPr>
            <w:tcW w:type="dxa" w:w="887"/>
          </w:tcPr>
          <w:p/>
        </w:tc>
        <w:tc>
          <w:tcPr>
            <w:tcW w:type="dxa" w:w="1183"/>
          </w:tcPr>
          <w:p/>
        </w:tc>
        <w:tc>
          <w:tcPr>
            <w:tcW w:type="dxa" w:w="1677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64.</w:t>
            </w:r>
          </w:p>
        </w:tc>
        <w:tc>
          <w:tcPr>
            <w:tcW w:type="dxa" w:w="1479"/>
          </w:tcPr>
          <w:p/>
        </w:tc>
        <w:tc>
          <w:tcPr>
            <w:tcW w:type="dxa" w:w="1183"/>
          </w:tcPr>
          <w:p/>
        </w:tc>
        <w:tc>
          <w:tcPr>
            <w:tcW w:type="dxa" w:w="1085"/>
          </w:tcPr>
          <w:p/>
        </w:tc>
        <w:tc>
          <w:tcPr>
            <w:tcW w:type="dxa" w:w="986"/>
          </w:tcPr>
          <w:p/>
        </w:tc>
        <w:tc>
          <w:tcPr>
            <w:tcW w:type="dxa" w:w="887"/>
          </w:tcPr>
          <w:p/>
        </w:tc>
        <w:tc>
          <w:tcPr>
            <w:tcW w:type="dxa" w:w="887"/>
          </w:tcPr>
          <w:p/>
        </w:tc>
        <w:tc>
          <w:tcPr>
            <w:tcW w:type="dxa" w:w="1183"/>
          </w:tcPr>
          <w:p/>
        </w:tc>
        <w:tc>
          <w:tcPr>
            <w:tcW w:type="dxa" w:w="1677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0" w:after="0" w:line="20" w:lineRule="exact"/>
      </w:pPr>
      <w:r>
        <w:br w:type="page"/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Rejestr wypadków przy pracy: wpisy (ciąg dalszy)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493"/>
        <w:gridCol w:w="1479"/>
        <w:gridCol w:w="1183"/>
        <w:gridCol w:w="1085"/>
        <w:gridCol w:w="986"/>
        <w:gridCol w:w="887"/>
        <w:gridCol w:w="887"/>
        <w:gridCol w:w="1183"/>
        <w:gridCol w:w="1677"/>
      </w:tblGrid>
      <w:tr>
        <w:trPr>
          <w:cantSplit/>
        </w:trPr>
        <w:tc>
          <w:tcPr>
            <w:tcW w:type="dxa" w:w="49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Lp.</w:t>
            </w:r>
          </w:p>
        </w:tc>
        <w:tc>
          <w:tcPr>
            <w:tcW w:type="dxa" w:w="1479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(1) Imię i nazwisko poszkodowanego</w:t>
            </w:r>
          </w:p>
        </w:tc>
        <w:tc>
          <w:tcPr>
            <w:tcW w:type="dxa" w:w="118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(2) Miejsce i data wypadku</w:t>
            </w:r>
          </w:p>
        </w:tc>
        <w:tc>
          <w:tcPr>
            <w:tcW w:type="dxa" w:w="1085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(3) Skutki wypadku</w:t>
            </w:r>
          </w:p>
        </w:tc>
        <w:tc>
          <w:tcPr>
            <w:tcW w:type="dxa" w:w="986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(4) Data protokołu</w:t>
            </w:r>
          </w:p>
        </w:tc>
        <w:tc>
          <w:tcPr>
            <w:tcW w:type="dxa" w:w="887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(5) Wypadek przy pracy: tak / nie</w:t>
            </w:r>
          </w:p>
        </w:tc>
        <w:tc>
          <w:tcPr>
            <w:tcW w:type="dxa" w:w="887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(6) Data wniosku do ZUS</w:t>
            </w:r>
          </w:p>
        </w:tc>
        <w:tc>
          <w:tcPr>
            <w:tcW w:type="dxa" w:w="118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(7) Dni niezdolności do pracy</w:t>
            </w:r>
          </w:p>
        </w:tc>
        <w:tc>
          <w:tcPr>
            <w:tcW w:type="dxa" w:w="1677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(8) Inne informacje, wnioski profilaktyczne</w:t>
            </w:r>
          </w:p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65.</w:t>
            </w:r>
          </w:p>
        </w:tc>
        <w:tc>
          <w:tcPr>
            <w:tcW w:type="dxa" w:w="1479"/>
          </w:tcPr>
          <w:p/>
        </w:tc>
        <w:tc>
          <w:tcPr>
            <w:tcW w:type="dxa" w:w="1183"/>
          </w:tcPr>
          <w:p/>
        </w:tc>
        <w:tc>
          <w:tcPr>
            <w:tcW w:type="dxa" w:w="1085"/>
          </w:tcPr>
          <w:p/>
        </w:tc>
        <w:tc>
          <w:tcPr>
            <w:tcW w:type="dxa" w:w="986"/>
          </w:tcPr>
          <w:p/>
        </w:tc>
        <w:tc>
          <w:tcPr>
            <w:tcW w:type="dxa" w:w="887"/>
          </w:tcPr>
          <w:p/>
        </w:tc>
        <w:tc>
          <w:tcPr>
            <w:tcW w:type="dxa" w:w="887"/>
          </w:tcPr>
          <w:p/>
        </w:tc>
        <w:tc>
          <w:tcPr>
            <w:tcW w:type="dxa" w:w="1183"/>
          </w:tcPr>
          <w:p/>
        </w:tc>
        <w:tc>
          <w:tcPr>
            <w:tcW w:type="dxa" w:w="1677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66.</w:t>
            </w:r>
          </w:p>
        </w:tc>
        <w:tc>
          <w:tcPr>
            <w:tcW w:type="dxa" w:w="1479"/>
          </w:tcPr>
          <w:p/>
        </w:tc>
        <w:tc>
          <w:tcPr>
            <w:tcW w:type="dxa" w:w="1183"/>
          </w:tcPr>
          <w:p/>
        </w:tc>
        <w:tc>
          <w:tcPr>
            <w:tcW w:type="dxa" w:w="1085"/>
          </w:tcPr>
          <w:p/>
        </w:tc>
        <w:tc>
          <w:tcPr>
            <w:tcW w:type="dxa" w:w="986"/>
          </w:tcPr>
          <w:p/>
        </w:tc>
        <w:tc>
          <w:tcPr>
            <w:tcW w:type="dxa" w:w="887"/>
          </w:tcPr>
          <w:p/>
        </w:tc>
        <w:tc>
          <w:tcPr>
            <w:tcW w:type="dxa" w:w="887"/>
          </w:tcPr>
          <w:p/>
        </w:tc>
        <w:tc>
          <w:tcPr>
            <w:tcW w:type="dxa" w:w="1183"/>
          </w:tcPr>
          <w:p/>
        </w:tc>
        <w:tc>
          <w:tcPr>
            <w:tcW w:type="dxa" w:w="1677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67.</w:t>
            </w:r>
          </w:p>
        </w:tc>
        <w:tc>
          <w:tcPr>
            <w:tcW w:type="dxa" w:w="1479"/>
          </w:tcPr>
          <w:p/>
        </w:tc>
        <w:tc>
          <w:tcPr>
            <w:tcW w:type="dxa" w:w="1183"/>
          </w:tcPr>
          <w:p/>
        </w:tc>
        <w:tc>
          <w:tcPr>
            <w:tcW w:type="dxa" w:w="1085"/>
          </w:tcPr>
          <w:p/>
        </w:tc>
        <w:tc>
          <w:tcPr>
            <w:tcW w:type="dxa" w:w="986"/>
          </w:tcPr>
          <w:p/>
        </w:tc>
        <w:tc>
          <w:tcPr>
            <w:tcW w:type="dxa" w:w="887"/>
          </w:tcPr>
          <w:p/>
        </w:tc>
        <w:tc>
          <w:tcPr>
            <w:tcW w:type="dxa" w:w="887"/>
          </w:tcPr>
          <w:p/>
        </w:tc>
        <w:tc>
          <w:tcPr>
            <w:tcW w:type="dxa" w:w="1183"/>
          </w:tcPr>
          <w:p/>
        </w:tc>
        <w:tc>
          <w:tcPr>
            <w:tcW w:type="dxa" w:w="1677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68.</w:t>
            </w:r>
          </w:p>
        </w:tc>
        <w:tc>
          <w:tcPr>
            <w:tcW w:type="dxa" w:w="1479"/>
          </w:tcPr>
          <w:p/>
        </w:tc>
        <w:tc>
          <w:tcPr>
            <w:tcW w:type="dxa" w:w="1183"/>
          </w:tcPr>
          <w:p/>
        </w:tc>
        <w:tc>
          <w:tcPr>
            <w:tcW w:type="dxa" w:w="1085"/>
          </w:tcPr>
          <w:p/>
        </w:tc>
        <w:tc>
          <w:tcPr>
            <w:tcW w:type="dxa" w:w="986"/>
          </w:tcPr>
          <w:p/>
        </w:tc>
        <w:tc>
          <w:tcPr>
            <w:tcW w:type="dxa" w:w="887"/>
          </w:tcPr>
          <w:p/>
        </w:tc>
        <w:tc>
          <w:tcPr>
            <w:tcW w:type="dxa" w:w="887"/>
          </w:tcPr>
          <w:p/>
        </w:tc>
        <w:tc>
          <w:tcPr>
            <w:tcW w:type="dxa" w:w="1183"/>
          </w:tcPr>
          <w:p/>
        </w:tc>
        <w:tc>
          <w:tcPr>
            <w:tcW w:type="dxa" w:w="1677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69.</w:t>
            </w:r>
          </w:p>
        </w:tc>
        <w:tc>
          <w:tcPr>
            <w:tcW w:type="dxa" w:w="1479"/>
          </w:tcPr>
          <w:p/>
        </w:tc>
        <w:tc>
          <w:tcPr>
            <w:tcW w:type="dxa" w:w="1183"/>
          </w:tcPr>
          <w:p/>
        </w:tc>
        <w:tc>
          <w:tcPr>
            <w:tcW w:type="dxa" w:w="1085"/>
          </w:tcPr>
          <w:p/>
        </w:tc>
        <w:tc>
          <w:tcPr>
            <w:tcW w:type="dxa" w:w="986"/>
          </w:tcPr>
          <w:p/>
        </w:tc>
        <w:tc>
          <w:tcPr>
            <w:tcW w:type="dxa" w:w="887"/>
          </w:tcPr>
          <w:p/>
        </w:tc>
        <w:tc>
          <w:tcPr>
            <w:tcW w:type="dxa" w:w="887"/>
          </w:tcPr>
          <w:p/>
        </w:tc>
        <w:tc>
          <w:tcPr>
            <w:tcW w:type="dxa" w:w="1183"/>
          </w:tcPr>
          <w:p/>
        </w:tc>
        <w:tc>
          <w:tcPr>
            <w:tcW w:type="dxa" w:w="1677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70.</w:t>
            </w:r>
          </w:p>
        </w:tc>
        <w:tc>
          <w:tcPr>
            <w:tcW w:type="dxa" w:w="1479"/>
          </w:tcPr>
          <w:p/>
        </w:tc>
        <w:tc>
          <w:tcPr>
            <w:tcW w:type="dxa" w:w="1183"/>
          </w:tcPr>
          <w:p/>
        </w:tc>
        <w:tc>
          <w:tcPr>
            <w:tcW w:type="dxa" w:w="1085"/>
          </w:tcPr>
          <w:p/>
        </w:tc>
        <w:tc>
          <w:tcPr>
            <w:tcW w:type="dxa" w:w="986"/>
          </w:tcPr>
          <w:p/>
        </w:tc>
        <w:tc>
          <w:tcPr>
            <w:tcW w:type="dxa" w:w="887"/>
          </w:tcPr>
          <w:p/>
        </w:tc>
        <w:tc>
          <w:tcPr>
            <w:tcW w:type="dxa" w:w="887"/>
          </w:tcPr>
          <w:p/>
        </w:tc>
        <w:tc>
          <w:tcPr>
            <w:tcW w:type="dxa" w:w="1183"/>
          </w:tcPr>
          <w:p/>
        </w:tc>
        <w:tc>
          <w:tcPr>
            <w:tcW w:type="dxa" w:w="1677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71.</w:t>
            </w:r>
          </w:p>
        </w:tc>
        <w:tc>
          <w:tcPr>
            <w:tcW w:type="dxa" w:w="1479"/>
          </w:tcPr>
          <w:p/>
        </w:tc>
        <w:tc>
          <w:tcPr>
            <w:tcW w:type="dxa" w:w="1183"/>
          </w:tcPr>
          <w:p/>
        </w:tc>
        <w:tc>
          <w:tcPr>
            <w:tcW w:type="dxa" w:w="1085"/>
          </w:tcPr>
          <w:p/>
        </w:tc>
        <w:tc>
          <w:tcPr>
            <w:tcW w:type="dxa" w:w="986"/>
          </w:tcPr>
          <w:p/>
        </w:tc>
        <w:tc>
          <w:tcPr>
            <w:tcW w:type="dxa" w:w="887"/>
          </w:tcPr>
          <w:p/>
        </w:tc>
        <w:tc>
          <w:tcPr>
            <w:tcW w:type="dxa" w:w="887"/>
          </w:tcPr>
          <w:p/>
        </w:tc>
        <w:tc>
          <w:tcPr>
            <w:tcW w:type="dxa" w:w="1183"/>
          </w:tcPr>
          <w:p/>
        </w:tc>
        <w:tc>
          <w:tcPr>
            <w:tcW w:type="dxa" w:w="1677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72.</w:t>
            </w:r>
          </w:p>
        </w:tc>
        <w:tc>
          <w:tcPr>
            <w:tcW w:type="dxa" w:w="1479"/>
          </w:tcPr>
          <w:p/>
        </w:tc>
        <w:tc>
          <w:tcPr>
            <w:tcW w:type="dxa" w:w="1183"/>
          </w:tcPr>
          <w:p/>
        </w:tc>
        <w:tc>
          <w:tcPr>
            <w:tcW w:type="dxa" w:w="1085"/>
          </w:tcPr>
          <w:p/>
        </w:tc>
        <w:tc>
          <w:tcPr>
            <w:tcW w:type="dxa" w:w="986"/>
          </w:tcPr>
          <w:p/>
        </w:tc>
        <w:tc>
          <w:tcPr>
            <w:tcW w:type="dxa" w:w="887"/>
          </w:tcPr>
          <w:p/>
        </w:tc>
        <w:tc>
          <w:tcPr>
            <w:tcW w:type="dxa" w:w="887"/>
          </w:tcPr>
          <w:p/>
        </w:tc>
        <w:tc>
          <w:tcPr>
            <w:tcW w:type="dxa" w:w="1183"/>
          </w:tcPr>
          <w:p/>
        </w:tc>
        <w:tc>
          <w:tcPr>
            <w:tcW w:type="dxa" w:w="1677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73.</w:t>
            </w:r>
          </w:p>
        </w:tc>
        <w:tc>
          <w:tcPr>
            <w:tcW w:type="dxa" w:w="1479"/>
          </w:tcPr>
          <w:p/>
        </w:tc>
        <w:tc>
          <w:tcPr>
            <w:tcW w:type="dxa" w:w="1183"/>
          </w:tcPr>
          <w:p/>
        </w:tc>
        <w:tc>
          <w:tcPr>
            <w:tcW w:type="dxa" w:w="1085"/>
          </w:tcPr>
          <w:p/>
        </w:tc>
        <w:tc>
          <w:tcPr>
            <w:tcW w:type="dxa" w:w="986"/>
          </w:tcPr>
          <w:p/>
        </w:tc>
        <w:tc>
          <w:tcPr>
            <w:tcW w:type="dxa" w:w="887"/>
          </w:tcPr>
          <w:p/>
        </w:tc>
        <w:tc>
          <w:tcPr>
            <w:tcW w:type="dxa" w:w="887"/>
          </w:tcPr>
          <w:p/>
        </w:tc>
        <w:tc>
          <w:tcPr>
            <w:tcW w:type="dxa" w:w="1183"/>
          </w:tcPr>
          <w:p/>
        </w:tc>
        <w:tc>
          <w:tcPr>
            <w:tcW w:type="dxa" w:w="1677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74.</w:t>
            </w:r>
          </w:p>
        </w:tc>
        <w:tc>
          <w:tcPr>
            <w:tcW w:type="dxa" w:w="1479"/>
          </w:tcPr>
          <w:p/>
        </w:tc>
        <w:tc>
          <w:tcPr>
            <w:tcW w:type="dxa" w:w="1183"/>
          </w:tcPr>
          <w:p/>
        </w:tc>
        <w:tc>
          <w:tcPr>
            <w:tcW w:type="dxa" w:w="1085"/>
          </w:tcPr>
          <w:p/>
        </w:tc>
        <w:tc>
          <w:tcPr>
            <w:tcW w:type="dxa" w:w="986"/>
          </w:tcPr>
          <w:p/>
        </w:tc>
        <w:tc>
          <w:tcPr>
            <w:tcW w:type="dxa" w:w="887"/>
          </w:tcPr>
          <w:p/>
        </w:tc>
        <w:tc>
          <w:tcPr>
            <w:tcW w:type="dxa" w:w="887"/>
          </w:tcPr>
          <w:p/>
        </w:tc>
        <w:tc>
          <w:tcPr>
            <w:tcW w:type="dxa" w:w="1183"/>
          </w:tcPr>
          <w:p/>
        </w:tc>
        <w:tc>
          <w:tcPr>
            <w:tcW w:type="dxa" w:w="1677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75.</w:t>
            </w:r>
          </w:p>
        </w:tc>
        <w:tc>
          <w:tcPr>
            <w:tcW w:type="dxa" w:w="1479"/>
          </w:tcPr>
          <w:p/>
        </w:tc>
        <w:tc>
          <w:tcPr>
            <w:tcW w:type="dxa" w:w="1183"/>
          </w:tcPr>
          <w:p/>
        </w:tc>
        <w:tc>
          <w:tcPr>
            <w:tcW w:type="dxa" w:w="1085"/>
          </w:tcPr>
          <w:p/>
        </w:tc>
        <w:tc>
          <w:tcPr>
            <w:tcW w:type="dxa" w:w="986"/>
          </w:tcPr>
          <w:p/>
        </w:tc>
        <w:tc>
          <w:tcPr>
            <w:tcW w:type="dxa" w:w="887"/>
          </w:tcPr>
          <w:p/>
        </w:tc>
        <w:tc>
          <w:tcPr>
            <w:tcW w:type="dxa" w:w="887"/>
          </w:tcPr>
          <w:p/>
        </w:tc>
        <w:tc>
          <w:tcPr>
            <w:tcW w:type="dxa" w:w="1183"/>
          </w:tcPr>
          <w:p/>
        </w:tc>
        <w:tc>
          <w:tcPr>
            <w:tcW w:type="dxa" w:w="1677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76.</w:t>
            </w:r>
          </w:p>
        </w:tc>
        <w:tc>
          <w:tcPr>
            <w:tcW w:type="dxa" w:w="1479"/>
          </w:tcPr>
          <w:p/>
        </w:tc>
        <w:tc>
          <w:tcPr>
            <w:tcW w:type="dxa" w:w="1183"/>
          </w:tcPr>
          <w:p/>
        </w:tc>
        <w:tc>
          <w:tcPr>
            <w:tcW w:type="dxa" w:w="1085"/>
          </w:tcPr>
          <w:p/>
        </w:tc>
        <w:tc>
          <w:tcPr>
            <w:tcW w:type="dxa" w:w="986"/>
          </w:tcPr>
          <w:p/>
        </w:tc>
        <w:tc>
          <w:tcPr>
            <w:tcW w:type="dxa" w:w="887"/>
          </w:tcPr>
          <w:p/>
        </w:tc>
        <w:tc>
          <w:tcPr>
            <w:tcW w:type="dxa" w:w="887"/>
          </w:tcPr>
          <w:p/>
        </w:tc>
        <w:tc>
          <w:tcPr>
            <w:tcW w:type="dxa" w:w="1183"/>
          </w:tcPr>
          <w:p/>
        </w:tc>
        <w:tc>
          <w:tcPr>
            <w:tcW w:type="dxa" w:w="1677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77.</w:t>
            </w:r>
          </w:p>
        </w:tc>
        <w:tc>
          <w:tcPr>
            <w:tcW w:type="dxa" w:w="1479"/>
          </w:tcPr>
          <w:p/>
        </w:tc>
        <w:tc>
          <w:tcPr>
            <w:tcW w:type="dxa" w:w="1183"/>
          </w:tcPr>
          <w:p/>
        </w:tc>
        <w:tc>
          <w:tcPr>
            <w:tcW w:type="dxa" w:w="1085"/>
          </w:tcPr>
          <w:p/>
        </w:tc>
        <w:tc>
          <w:tcPr>
            <w:tcW w:type="dxa" w:w="986"/>
          </w:tcPr>
          <w:p/>
        </w:tc>
        <w:tc>
          <w:tcPr>
            <w:tcW w:type="dxa" w:w="887"/>
          </w:tcPr>
          <w:p/>
        </w:tc>
        <w:tc>
          <w:tcPr>
            <w:tcW w:type="dxa" w:w="887"/>
          </w:tcPr>
          <w:p/>
        </w:tc>
        <w:tc>
          <w:tcPr>
            <w:tcW w:type="dxa" w:w="1183"/>
          </w:tcPr>
          <w:p/>
        </w:tc>
        <w:tc>
          <w:tcPr>
            <w:tcW w:type="dxa" w:w="1677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78.</w:t>
            </w:r>
          </w:p>
        </w:tc>
        <w:tc>
          <w:tcPr>
            <w:tcW w:type="dxa" w:w="1479"/>
          </w:tcPr>
          <w:p/>
        </w:tc>
        <w:tc>
          <w:tcPr>
            <w:tcW w:type="dxa" w:w="1183"/>
          </w:tcPr>
          <w:p/>
        </w:tc>
        <w:tc>
          <w:tcPr>
            <w:tcW w:type="dxa" w:w="1085"/>
          </w:tcPr>
          <w:p/>
        </w:tc>
        <w:tc>
          <w:tcPr>
            <w:tcW w:type="dxa" w:w="986"/>
          </w:tcPr>
          <w:p/>
        </w:tc>
        <w:tc>
          <w:tcPr>
            <w:tcW w:type="dxa" w:w="887"/>
          </w:tcPr>
          <w:p/>
        </w:tc>
        <w:tc>
          <w:tcPr>
            <w:tcW w:type="dxa" w:w="887"/>
          </w:tcPr>
          <w:p/>
        </w:tc>
        <w:tc>
          <w:tcPr>
            <w:tcW w:type="dxa" w:w="1183"/>
          </w:tcPr>
          <w:p/>
        </w:tc>
        <w:tc>
          <w:tcPr>
            <w:tcW w:type="dxa" w:w="1677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79.</w:t>
            </w:r>
          </w:p>
        </w:tc>
        <w:tc>
          <w:tcPr>
            <w:tcW w:type="dxa" w:w="1479"/>
          </w:tcPr>
          <w:p/>
        </w:tc>
        <w:tc>
          <w:tcPr>
            <w:tcW w:type="dxa" w:w="1183"/>
          </w:tcPr>
          <w:p/>
        </w:tc>
        <w:tc>
          <w:tcPr>
            <w:tcW w:type="dxa" w:w="1085"/>
          </w:tcPr>
          <w:p/>
        </w:tc>
        <w:tc>
          <w:tcPr>
            <w:tcW w:type="dxa" w:w="986"/>
          </w:tcPr>
          <w:p/>
        </w:tc>
        <w:tc>
          <w:tcPr>
            <w:tcW w:type="dxa" w:w="887"/>
          </w:tcPr>
          <w:p/>
        </w:tc>
        <w:tc>
          <w:tcPr>
            <w:tcW w:type="dxa" w:w="887"/>
          </w:tcPr>
          <w:p/>
        </w:tc>
        <w:tc>
          <w:tcPr>
            <w:tcW w:type="dxa" w:w="1183"/>
          </w:tcPr>
          <w:p/>
        </w:tc>
        <w:tc>
          <w:tcPr>
            <w:tcW w:type="dxa" w:w="1677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80.</w:t>
            </w:r>
          </w:p>
        </w:tc>
        <w:tc>
          <w:tcPr>
            <w:tcW w:type="dxa" w:w="1479"/>
          </w:tcPr>
          <w:p/>
        </w:tc>
        <w:tc>
          <w:tcPr>
            <w:tcW w:type="dxa" w:w="1183"/>
          </w:tcPr>
          <w:p/>
        </w:tc>
        <w:tc>
          <w:tcPr>
            <w:tcW w:type="dxa" w:w="1085"/>
          </w:tcPr>
          <w:p/>
        </w:tc>
        <w:tc>
          <w:tcPr>
            <w:tcW w:type="dxa" w:w="986"/>
          </w:tcPr>
          <w:p/>
        </w:tc>
        <w:tc>
          <w:tcPr>
            <w:tcW w:type="dxa" w:w="887"/>
          </w:tcPr>
          <w:p/>
        </w:tc>
        <w:tc>
          <w:tcPr>
            <w:tcW w:type="dxa" w:w="887"/>
          </w:tcPr>
          <w:p/>
        </w:tc>
        <w:tc>
          <w:tcPr>
            <w:tcW w:type="dxa" w:w="1183"/>
          </w:tcPr>
          <w:p/>
        </w:tc>
        <w:tc>
          <w:tcPr>
            <w:tcW w:type="dxa" w:w="1677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81.</w:t>
            </w:r>
          </w:p>
        </w:tc>
        <w:tc>
          <w:tcPr>
            <w:tcW w:type="dxa" w:w="1479"/>
          </w:tcPr>
          <w:p/>
        </w:tc>
        <w:tc>
          <w:tcPr>
            <w:tcW w:type="dxa" w:w="1183"/>
          </w:tcPr>
          <w:p/>
        </w:tc>
        <w:tc>
          <w:tcPr>
            <w:tcW w:type="dxa" w:w="1085"/>
          </w:tcPr>
          <w:p/>
        </w:tc>
        <w:tc>
          <w:tcPr>
            <w:tcW w:type="dxa" w:w="986"/>
          </w:tcPr>
          <w:p/>
        </w:tc>
        <w:tc>
          <w:tcPr>
            <w:tcW w:type="dxa" w:w="887"/>
          </w:tcPr>
          <w:p/>
        </w:tc>
        <w:tc>
          <w:tcPr>
            <w:tcW w:type="dxa" w:w="887"/>
          </w:tcPr>
          <w:p/>
        </w:tc>
        <w:tc>
          <w:tcPr>
            <w:tcW w:type="dxa" w:w="1183"/>
          </w:tcPr>
          <w:p/>
        </w:tc>
        <w:tc>
          <w:tcPr>
            <w:tcW w:type="dxa" w:w="1677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82.</w:t>
            </w:r>
          </w:p>
        </w:tc>
        <w:tc>
          <w:tcPr>
            <w:tcW w:type="dxa" w:w="1479"/>
          </w:tcPr>
          <w:p/>
        </w:tc>
        <w:tc>
          <w:tcPr>
            <w:tcW w:type="dxa" w:w="1183"/>
          </w:tcPr>
          <w:p/>
        </w:tc>
        <w:tc>
          <w:tcPr>
            <w:tcW w:type="dxa" w:w="1085"/>
          </w:tcPr>
          <w:p/>
        </w:tc>
        <w:tc>
          <w:tcPr>
            <w:tcW w:type="dxa" w:w="986"/>
          </w:tcPr>
          <w:p/>
        </w:tc>
        <w:tc>
          <w:tcPr>
            <w:tcW w:type="dxa" w:w="887"/>
          </w:tcPr>
          <w:p/>
        </w:tc>
        <w:tc>
          <w:tcPr>
            <w:tcW w:type="dxa" w:w="887"/>
          </w:tcPr>
          <w:p/>
        </w:tc>
        <w:tc>
          <w:tcPr>
            <w:tcW w:type="dxa" w:w="1183"/>
          </w:tcPr>
          <w:p/>
        </w:tc>
        <w:tc>
          <w:tcPr>
            <w:tcW w:type="dxa" w:w="1677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83.</w:t>
            </w:r>
          </w:p>
        </w:tc>
        <w:tc>
          <w:tcPr>
            <w:tcW w:type="dxa" w:w="1479"/>
          </w:tcPr>
          <w:p/>
        </w:tc>
        <w:tc>
          <w:tcPr>
            <w:tcW w:type="dxa" w:w="1183"/>
          </w:tcPr>
          <w:p/>
        </w:tc>
        <w:tc>
          <w:tcPr>
            <w:tcW w:type="dxa" w:w="1085"/>
          </w:tcPr>
          <w:p/>
        </w:tc>
        <w:tc>
          <w:tcPr>
            <w:tcW w:type="dxa" w:w="986"/>
          </w:tcPr>
          <w:p/>
        </w:tc>
        <w:tc>
          <w:tcPr>
            <w:tcW w:type="dxa" w:w="887"/>
          </w:tcPr>
          <w:p/>
        </w:tc>
        <w:tc>
          <w:tcPr>
            <w:tcW w:type="dxa" w:w="887"/>
          </w:tcPr>
          <w:p/>
        </w:tc>
        <w:tc>
          <w:tcPr>
            <w:tcW w:type="dxa" w:w="1183"/>
          </w:tcPr>
          <w:p/>
        </w:tc>
        <w:tc>
          <w:tcPr>
            <w:tcW w:type="dxa" w:w="1677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84.</w:t>
            </w:r>
          </w:p>
        </w:tc>
        <w:tc>
          <w:tcPr>
            <w:tcW w:type="dxa" w:w="1479"/>
          </w:tcPr>
          <w:p/>
        </w:tc>
        <w:tc>
          <w:tcPr>
            <w:tcW w:type="dxa" w:w="1183"/>
          </w:tcPr>
          <w:p/>
        </w:tc>
        <w:tc>
          <w:tcPr>
            <w:tcW w:type="dxa" w:w="1085"/>
          </w:tcPr>
          <w:p/>
        </w:tc>
        <w:tc>
          <w:tcPr>
            <w:tcW w:type="dxa" w:w="986"/>
          </w:tcPr>
          <w:p/>
        </w:tc>
        <w:tc>
          <w:tcPr>
            <w:tcW w:type="dxa" w:w="887"/>
          </w:tcPr>
          <w:p/>
        </w:tc>
        <w:tc>
          <w:tcPr>
            <w:tcW w:type="dxa" w:w="887"/>
          </w:tcPr>
          <w:p/>
        </w:tc>
        <w:tc>
          <w:tcPr>
            <w:tcW w:type="dxa" w:w="1183"/>
          </w:tcPr>
          <w:p/>
        </w:tc>
        <w:tc>
          <w:tcPr>
            <w:tcW w:type="dxa" w:w="1677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85.</w:t>
            </w:r>
          </w:p>
        </w:tc>
        <w:tc>
          <w:tcPr>
            <w:tcW w:type="dxa" w:w="1479"/>
          </w:tcPr>
          <w:p/>
        </w:tc>
        <w:tc>
          <w:tcPr>
            <w:tcW w:type="dxa" w:w="1183"/>
          </w:tcPr>
          <w:p/>
        </w:tc>
        <w:tc>
          <w:tcPr>
            <w:tcW w:type="dxa" w:w="1085"/>
          </w:tcPr>
          <w:p/>
        </w:tc>
        <w:tc>
          <w:tcPr>
            <w:tcW w:type="dxa" w:w="986"/>
          </w:tcPr>
          <w:p/>
        </w:tc>
        <w:tc>
          <w:tcPr>
            <w:tcW w:type="dxa" w:w="887"/>
          </w:tcPr>
          <w:p/>
        </w:tc>
        <w:tc>
          <w:tcPr>
            <w:tcW w:type="dxa" w:w="887"/>
          </w:tcPr>
          <w:p/>
        </w:tc>
        <w:tc>
          <w:tcPr>
            <w:tcW w:type="dxa" w:w="1183"/>
          </w:tcPr>
          <w:p/>
        </w:tc>
        <w:tc>
          <w:tcPr>
            <w:tcW w:type="dxa" w:w="1677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86.</w:t>
            </w:r>
          </w:p>
        </w:tc>
        <w:tc>
          <w:tcPr>
            <w:tcW w:type="dxa" w:w="1479"/>
          </w:tcPr>
          <w:p/>
        </w:tc>
        <w:tc>
          <w:tcPr>
            <w:tcW w:type="dxa" w:w="1183"/>
          </w:tcPr>
          <w:p/>
        </w:tc>
        <w:tc>
          <w:tcPr>
            <w:tcW w:type="dxa" w:w="1085"/>
          </w:tcPr>
          <w:p/>
        </w:tc>
        <w:tc>
          <w:tcPr>
            <w:tcW w:type="dxa" w:w="986"/>
          </w:tcPr>
          <w:p/>
        </w:tc>
        <w:tc>
          <w:tcPr>
            <w:tcW w:type="dxa" w:w="887"/>
          </w:tcPr>
          <w:p/>
        </w:tc>
        <w:tc>
          <w:tcPr>
            <w:tcW w:type="dxa" w:w="887"/>
          </w:tcPr>
          <w:p/>
        </w:tc>
        <w:tc>
          <w:tcPr>
            <w:tcW w:type="dxa" w:w="1183"/>
          </w:tcPr>
          <w:p/>
        </w:tc>
        <w:tc>
          <w:tcPr>
            <w:tcW w:type="dxa" w:w="1677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87.</w:t>
            </w:r>
          </w:p>
        </w:tc>
        <w:tc>
          <w:tcPr>
            <w:tcW w:type="dxa" w:w="1479"/>
          </w:tcPr>
          <w:p/>
        </w:tc>
        <w:tc>
          <w:tcPr>
            <w:tcW w:type="dxa" w:w="1183"/>
          </w:tcPr>
          <w:p/>
        </w:tc>
        <w:tc>
          <w:tcPr>
            <w:tcW w:type="dxa" w:w="1085"/>
          </w:tcPr>
          <w:p/>
        </w:tc>
        <w:tc>
          <w:tcPr>
            <w:tcW w:type="dxa" w:w="986"/>
          </w:tcPr>
          <w:p/>
        </w:tc>
        <w:tc>
          <w:tcPr>
            <w:tcW w:type="dxa" w:w="887"/>
          </w:tcPr>
          <w:p/>
        </w:tc>
        <w:tc>
          <w:tcPr>
            <w:tcW w:type="dxa" w:w="887"/>
          </w:tcPr>
          <w:p/>
        </w:tc>
        <w:tc>
          <w:tcPr>
            <w:tcW w:type="dxa" w:w="1183"/>
          </w:tcPr>
          <w:p/>
        </w:tc>
        <w:tc>
          <w:tcPr>
            <w:tcW w:type="dxa" w:w="1677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88.</w:t>
            </w:r>
          </w:p>
        </w:tc>
        <w:tc>
          <w:tcPr>
            <w:tcW w:type="dxa" w:w="1479"/>
          </w:tcPr>
          <w:p/>
        </w:tc>
        <w:tc>
          <w:tcPr>
            <w:tcW w:type="dxa" w:w="1183"/>
          </w:tcPr>
          <w:p/>
        </w:tc>
        <w:tc>
          <w:tcPr>
            <w:tcW w:type="dxa" w:w="1085"/>
          </w:tcPr>
          <w:p/>
        </w:tc>
        <w:tc>
          <w:tcPr>
            <w:tcW w:type="dxa" w:w="986"/>
          </w:tcPr>
          <w:p/>
        </w:tc>
        <w:tc>
          <w:tcPr>
            <w:tcW w:type="dxa" w:w="887"/>
          </w:tcPr>
          <w:p/>
        </w:tc>
        <w:tc>
          <w:tcPr>
            <w:tcW w:type="dxa" w:w="887"/>
          </w:tcPr>
          <w:p/>
        </w:tc>
        <w:tc>
          <w:tcPr>
            <w:tcW w:type="dxa" w:w="1183"/>
          </w:tcPr>
          <w:p/>
        </w:tc>
        <w:tc>
          <w:tcPr>
            <w:tcW w:type="dxa" w:w="1677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89.</w:t>
            </w:r>
          </w:p>
        </w:tc>
        <w:tc>
          <w:tcPr>
            <w:tcW w:type="dxa" w:w="1479"/>
          </w:tcPr>
          <w:p/>
        </w:tc>
        <w:tc>
          <w:tcPr>
            <w:tcW w:type="dxa" w:w="1183"/>
          </w:tcPr>
          <w:p/>
        </w:tc>
        <w:tc>
          <w:tcPr>
            <w:tcW w:type="dxa" w:w="1085"/>
          </w:tcPr>
          <w:p/>
        </w:tc>
        <w:tc>
          <w:tcPr>
            <w:tcW w:type="dxa" w:w="986"/>
          </w:tcPr>
          <w:p/>
        </w:tc>
        <w:tc>
          <w:tcPr>
            <w:tcW w:type="dxa" w:w="887"/>
          </w:tcPr>
          <w:p/>
        </w:tc>
        <w:tc>
          <w:tcPr>
            <w:tcW w:type="dxa" w:w="887"/>
          </w:tcPr>
          <w:p/>
        </w:tc>
        <w:tc>
          <w:tcPr>
            <w:tcW w:type="dxa" w:w="1183"/>
          </w:tcPr>
          <w:p/>
        </w:tc>
        <w:tc>
          <w:tcPr>
            <w:tcW w:type="dxa" w:w="1677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0" w:after="0" w:line="20" w:lineRule="exact"/>
      </w:pPr>
      <w:r>
        <w:br w:type="page"/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Zestawienie roczne</w:t>
      </w:r>
    </w:p>
    <w:p>
      <w:pPr>
        <w:keepNext w:val="0"/>
        <w:spacing w:before="80" w:after="40" w:line="269" w:lineRule="auto"/>
      </w:pPr>
      <w:r>
        <w:rPr>
          <w:rFonts w:ascii="Arial" w:hAnsi="Arial" w:eastAsia="Arial"/>
          <w:b w:val="0"/>
          <w:i w:val="0"/>
          <w:sz w:val="19"/>
        </w:rPr>
        <w:t>Podsumowanie na koniec roku. Liczby przydadzą się przy przeglądzie oceny ryzyka zawodowego i przy analizie wypadków w firmie.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887"/>
        <w:gridCol w:w="1183"/>
        <w:gridCol w:w="1677"/>
        <w:gridCol w:w="1677"/>
        <w:gridCol w:w="1677"/>
        <w:gridCol w:w="1381"/>
        <w:gridCol w:w="1381"/>
      </w:tblGrid>
      <w:tr>
        <w:trPr>
          <w:cantSplit/>
        </w:trPr>
        <w:tc>
          <w:tcPr>
            <w:tcW w:type="dxa" w:w="887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Rok</w:t>
            </w:r>
          </w:p>
        </w:tc>
        <w:tc>
          <w:tcPr>
            <w:tcW w:type="dxa" w:w="118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Liczba wpisów</w:t>
            </w:r>
          </w:p>
        </w:tc>
        <w:tc>
          <w:tcPr>
            <w:tcW w:type="dxa" w:w="1677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W tym uznane za wypadek przy pracy</w:t>
            </w:r>
          </w:p>
        </w:tc>
        <w:tc>
          <w:tcPr>
            <w:tcW w:type="dxa" w:w="1677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W tym śmiertelne, ciężkie lub zbiorowe</w:t>
            </w:r>
          </w:p>
        </w:tc>
        <w:tc>
          <w:tcPr>
            <w:tcW w:type="dxa" w:w="1677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Łączna liczba dni niezdolności do pracy</w:t>
            </w:r>
          </w:p>
        </w:tc>
        <w:tc>
          <w:tcPr>
            <w:tcW w:type="dxa" w:w="138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Uwagi</w:t>
            </w:r>
          </w:p>
        </w:tc>
        <w:tc>
          <w:tcPr>
            <w:tcW w:type="dxa" w:w="138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Podpis</w:t>
            </w:r>
          </w:p>
        </w:tc>
      </w:tr>
      <w:tr>
        <w:trPr>
          <w:trHeight w:val="481" w:hRule="atLeast"/>
          <w:cantSplit/>
        </w:trPr>
        <w:tc>
          <w:tcPr>
            <w:tcW w:type="dxa" w:w="887"/>
          </w:tcPr>
          <w:p/>
        </w:tc>
        <w:tc>
          <w:tcPr>
            <w:tcW w:type="dxa" w:w="1183"/>
          </w:tcPr>
          <w:p/>
        </w:tc>
        <w:tc>
          <w:tcPr>
            <w:tcW w:type="dxa" w:w="1677"/>
          </w:tcPr>
          <w:p/>
        </w:tc>
        <w:tc>
          <w:tcPr>
            <w:tcW w:type="dxa" w:w="1677"/>
          </w:tcPr>
          <w:p/>
        </w:tc>
        <w:tc>
          <w:tcPr>
            <w:tcW w:type="dxa" w:w="1677"/>
          </w:tcPr>
          <w:p/>
        </w:tc>
        <w:tc>
          <w:tcPr>
            <w:tcW w:type="dxa" w:w="1381"/>
          </w:tcPr>
          <w:p/>
        </w:tc>
        <w:tc>
          <w:tcPr>
            <w:tcW w:type="dxa" w:w="1381"/>
          </w:tcPr>
          <w:p/>
        </w:tc>
      </w:tr>
      <w:tr>
        <w:trPr>
          <w:trHeight w:val="481" w:hRule="atLeast"/>
          <w:cantSplit/>
        </w:trPr>
        <w:tc>
          <w:tcPr>
            <w:tcW w:type="dxa" w:w="887"/>
          </w:tcPr>
          <w:p/>
        </w:tc>
        <w:tc>
          <w:tcPr>
            <w:tcW w:type="dxa" w:w="1183"/>
          </w:tcPr>
          <w:p/>
        </w:tc>
        <w:tc>
          <w:tcPr>
            <w:tcW w:type="dxa" w:w="1677"/>
          </w:tcPr>
          <w:p/>
        </w:tc>
        <w:tc>
          <w:tcPr>
            <w:tcW w:type="dxa" w:w="1677"/>
          </w:tcPr>
          <w:p/>
        </w:tc>
        <w:tc>
          <w:tcPr>
            <w:tcW w:type="dxa" w:w="1677"/>
          </w:tcPr>
          <w:p/>
        </w:tc>
        <w:tc>
          <w:tcPr>
            <w:tcW w:type="dxa" w:w="1381"/>
          </w:tcPr>
          <w:p/>
        </w:tc>
        <w:tc>
          <w:tcPr>
            <w:tcW w:type="dxa" w:w="1381"/>
          </w:tcPr>
          <w:p/>
        </w:tc>
      </w:tr>
      <w:tr>
        <w:trPr>
          <w:trHeight w:val="481" w:hRule="atLeast"/>
          <w:cantSplit/>
        </w:trPr>
        <w:tc>
          <w:tcPr>
            <w:tcW w:type="dxa" w:w="887"/>
          </w:tcPr>
          <w:p/>
        </w:tc>
        <w:tc>
          <w:tcPr>
            <w:tcW w:type="dxa" w:w="1183"/>
          </w:tcPr>
          <w:p/>
        </w:tc>
        <w:tc>
          <w:tcPr>
            <w:tcW w:type="dxa" w:w="1677"/>
          </w:tcPr>
          <w:p/>
        </w:tc>
        <w:tc>
          <w:tcPr>
            <w:tcW w:type="dxa" w:w="1677"/>
          </w:tcPr>
          <w:p/>
        </w:tc>
        <w:tc>
          <w:tcPr>
            <w:tcW w:type="dxa" w:w="1677"/>
          </w:tcPr>
          <w:p/>
        </w:tc>
        <w:tc>
          <w:tcPr>
            <w:tcW w:type="dxa" w:w="1381"/>
          </w:tcPr>
          <w:p/>
        </w:tc>
        <w:tc>
          <w:tcPr>
            <w:tcW w:type="dxa" w:w="1381"/>
          </w:tcPr>
          <w:p/>
        </w:tc>
      </w:tr>
      <w:tr>
        <w:trPr>
          <w:trHeight w:val="481" w:hRule="atLeast"/>
          <w:cantSplit/>
        </w:trPr>
        <w:tc>
          <w:tcPr>
            <w:tcW w:type="dxa" w:w="887"/>
          </w:tcPr>
          <w:p/>
        </w:tc>
        <w:tc>
          <w:tcPr>
            <w:tcW w:type="dxa" w:w="1183"/>
          </w:tcPr>
          <w:p/>
        </w:tc>
        <w:tc>
          <w:tcPr>
            <w:tcW w:type="dxa" w:w="1677"/>
          </w:tcPr>
          <w:p/>
        </w:tc>
        <w:tc>
          <w:tcPr>
            <w:tcW w:type="dxa" w:w="1677"/>
          </w:tcPr>
          <w:p/>
        </w:tc>
        <w:tc>
          <w:tcPr>
            <w:tcW w:type="dxa" w:w="1677"/>
          </w:tcPr>
          <w:p/>
        </w:tc>
        <w:tc>
          <w:tcPr>
            <w:tcW w:type="dxa" w:w="1381"/>
          </w:tcPr>
          <w:p/>
        </w:tc>
        <w:tc>
          <w:tcPr>
            <w:tcW w:type="dxa" w:w="1381"/>
          </w:tcPr>
          <w:p/>
        </w:tc>
      </w:tr>
      <w:tr>
        <w:trPr>
          <w:trHeight w:val="481" w:hRule="atLeast"/>
          <w:cantSplit/>
        </w:trPr>
        <w:tc>
          <w:tcPr>
            <w:tcW w:type="dxa" w:w="887"/>
          </w:tcPr>
          <w:p/>
        </w:tc>
        <w:tc>
          <w:tcPr>
            <w:tcW w:type="dxa" w:w="1183"/>
          </w:tcPr>
          <w:p/>
        </w:tc>
        <w:tc>
          <w:tcPr>
            <w:tcW w:type="dxa" w:w="1677"/>
          </w:tcPr>
          <w:p/>
        </w:tc>
        <w:tc>
          <w:tcPr>
            <w:tcW w:type="dxa" w:w="1677"/>
          </w:tcPr>
          <w:p/>
        </w:tc>
        <w:tc>
          <w:tcPr>
            <w:tcW w:type="dxa" w:w="1677"/>
          </w:tcPr>
          <w:p/>
        </w:tc>
        <w:tc>
          <w:tcPr>
            <w:tcW w:type="dxa" w:w="1381"/>
          </w:tcPr>
          <w:p/>
        </w:tc>
        <w:tc>
          <w:tcPr>
            <w:tcW w:type="dxa" w:w="1381"/>
          </w:tcPr>
          <w:p/>
        </w:tc>
      </w:tr>
      <w:tr>
        <w:trPr>
          <w:trHeight w:val="481" w:hRule="atLeast"/>
          <w:cantSplit/>
        </w:trPr>
        <w:tc>
          <w:tcPr>
            <w:tcW w:type="dxa" w:w="887"/>
          </w:tcPr>
          <w:p/>
        </w:tc>
        <w:tc>
          <w:tcPr>
            <w:tcW w:type="dxa" w:w="1183"/>
          </w:tcPr>
          <w:p/>
        </w:tc>
        <w:tc>
          <w:tcPr>
            <w:tcW w:type="dxa" w:w="1677"/>
          </w:tcPr>
          <w:p/>
        </w:tc>
        <w:tc>
          <w:tcPr>
            <w:tcW w:type="dxa" w:w="1677"/>
          </w:tcPr>
          <w:p/>
        </w:tc>
        <w:tc>
          <w:tcPr>
            <w:tcW w:type="dxa" w:w="1677"/>
          </w:tcPr>
          <w:p/>
        </w:tc>
        <w:tc>
          <w:tcPr>
            <w:tcW w:type="dxa" w:w="1381"/>
          </w:tcPr>
          <w:p/>
        </w:tc>
        <w:tc>
          <w:tcPr>
            <w:tcW w:type="dxa" w:w="1381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Kontrola prowadzenia rejestru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1381"/>
        <w:gridCol w:w="4340"/>
        <w:gridCol w:w="2565"/>
        <w:gridCol w:w="1578"/>
      </w:tblGrid>
      <w:tr>
        <w:trPr>
          <w:cantSplit/>
        </w:trPr>
        <w:tc>
          <w:tcPr>
            <w:tcW w:type="dxa" w:w="138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Data</w:t>
            </w:r>
          </w:p>
        </w:tc>
        <w:tc>
          <w:tcPr>
            <w:tcW w:type="dxa" w:w="4340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Zakres sprawdzenia, np. kompletność wpisów, uzupełnienie kolumn (6) i (7)</w:t>
            </w:r>
          </w:p>
        </w:tc>
        <w:tc>
          <w:tcPr>
            <w:tcW w:type="dxa" w:w="2565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Imię i nazwisko, funkcja</w:t>
            </w:r>
          </w:p>
        </w:tc>
        <w:tc>
          <w:tcPr>
            <w:tcW w:type="dxa" w:w="1578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Podpis</w:t>
            </w:r>
          </w:p>
        </w:tc>
      </w:tr>
      <w:tr>
        <w:trPr>
          <w:trHeight w:val="481" w:hRule="atLeast"/>
          <w:cantSplit/>
        </w:trPr>
        <w:tc>
          <w:tcPr>
            <w:tcW w:type="dxa" w:w="1381"/>
          </w:tcPr>
          <w:p/>
        </w:tc>
        <w:tc>
          <w:tcPr>
            <w:tcW w:type="dxa" w:w="4340"/>
          </w:tcPr>
          <w:p/>
        </w:tc>
        <w:tc>
          <w:tcPr>
            <w:tcW w:type="dxa" w:w="2565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1381"/>
          </w:tcPr>
          <w:p/>
        </w:tc>
        <w:tc>
          <w:tcPr>
            <w:tcW w:type="dxa" w:w="4340"/>
          </w:tcPr>
          <w:p/>
        </w:tc>
        <w:tc>
          <w:tcPr>
            <w:tcW w:type="dxa" w:w="2565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1381"/>
          </w:tcPr>
          <w:p/>
        </w:tc>
        <w:tc>
          <w:tcPr>
            <w:tcW w:type="dxa" w:w="4340"/>
          </w:tcPr>
          <w:p/>
        </w:tc>
        <w:tc>
          <w:tcPr>
            <w:tcW w:type="dxa" w:w="2565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1381"/>
          </w:tcPr>
          <w:p/>
        </w:tc>
        <w:tc>
          <w:tcPr>
            <w:tcW w:type="dxa" w:w="4340"/>
          </w:tcPr>
          <w:p/>
        </w:tc>
        <w:tc>
          <w:tcPr>
            <w:tcW w:type="dxa" w:w="2565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1381"/>
          </w:tcPr>
          <w:p/>
        </w:tc>
        <w:tc>
          <w:tcPr>
            <w:tcW w:type="dxa" w:w="4340"/>
          </w:tcPr>
          <w:p/>
        </w:tc>
        <w:tc>
          <w:tcPr>
            <w:tcW w:type="dxa" w:w="2565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1381"/>
          </w:tcPr>
          <w:p/>
        </w:tc>
        <w:tc>
          <w:tcPr>
            <w:tcW w:type="dxa" w:w="4340"/>
          </w:tcPr>
          <w:p/>
        </w:tc>
        <w:tc>
          <w:tcPr>
            <w:tcW w:type="dxa" w:w="2565"/>
          </w:tcPr>
          <w:p/>
        </w:tc>
        <w:tc>
          <w:tcPr>
            <w:tcW w:type="dxa" w:w="157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Pracodawca prowadzi rejestr wypadków przy pracy (art. 234 § 3 Kodeksu pracy) na podstawie wszystkich protokołów powypadkowych, a zakres rejestru określa § 16 rozporządzenia Rady Ministrów z dnia 1 lipca 2009 r. w sprawie ustalania okoliczności i przyczyn wypadków przy pracy (Dz.U. nr 105 poz. 870). Protokół ustalenia okoliczności i przyczyn wypadku przy pracy wraz z pozostałą dokumentacją powypadkową pracodawca przechowuje przez 10 lat (art. 234 § 3¹ Kodeksu pracy). Wypadek pracownika podwykonawcy wpisuje do rejestru jego pracodawca, bo to jego zespół powypadkowy sporządza protokół (§ 8 ust. 1 rozporządzenia).</w:t>
      </w:r>
    </w:p>
    <w:sectPr w:rsidR="00FC693F" w:rsidRPr="0006063C" w:rsidSect="00034616">
      <w:footerReference w:type="default" r:id="rId9"/>
      <w:pgSz w:w="11906" w:h="16838"/>
      <w:pgMar w:top="907" w:right="1020" w:bottom="1134" w:left="1020" w:header="72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keepNext w:val="0"/>
      <w:pBdr>
        <w:top w:val="single" w:sz="4" w:space="4" w:color="999999"/>
      </w:pBdr>
      <w:tabs>
        <w:tab w:pos="9865" w:val="right"/>
      </w:tabs>
      <w:spacing w:before="0" w:after="0" w:line="240" w:lineRule="auto"/>
    </w:pPr>
    <w:r>
      <w:rPr>
        <w:rFonts w:ascii="Arial" w:hAnsi="Arial" w:eastAsia="Arial"/>
        <w:b w:val="0"/>
        <w:i w:val="0"/>
        <w:color w:val="666666"/>
        <w:sz w:val="15"/>
      </w:rPr>
      <w:t>Dostosuj wzór do swojej umowy i stanu faktycznego.</w:t>
    </w:r>
    <w:r>
      <w:rPr>
        <w:rFonts w:ascii="Arial" w:hAnsi="Arial" w:eastAsia="Arial"/>
        <w:b w:val="0"/>
        <w:i w:val="0"/>
        <w:color w:val="888888"/>
        <w:sz w:val="15"/>
      </w:rPr>
      <w:tab/>
      <w:t xml:space="preserve">atestero.pl  ·  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PAGE </w:instrText>
      <w:fldChar w:fldCharType="separate"/>
      <w:t>1</w:t>
      <w:fldChar w:fldCharType="end"/>
    </w:r>
    <w:r>
      <w:rPr>
        <w:rFonts w:ascii="Arial" w:hAnsi="Arial" w:eastAsia="Arial"/>
        <w:b w:val="0"/>
        <w:i w:val="0"/>
        <w:color w:val="888888"/>
        <w:sz w:val="15"/>
      </w:rPr>
      <w:t>/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NUMPAGES </w:instrText>
      <w:fldChar w:fldCharType="separate"/>
      <w:t>1</w: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Rejestr Wypadków Przy Pracy</dc:title>
  <dc:subject/>
  <dc:creator>atestero.pl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pl-PL</dc:language>
</cp:coreProperties>
</file>