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SPIS DOKUMENTÓW W AKTACH OSOBOWYCH PRACOWNIKA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części A–E (§ 3 i 4 rozporządzenia w sprawie dokumentacji pracowniczej, t.j. Dz.U. 2026 poz. 474)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Pracownik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Początek zatrudnienia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nawiązania stosunku pracy (§ 19)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Postać akt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papierowa (odpisy poświadczone za zgodność, § 5) albo elektroniczna (odwzorowania cyfrowe)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Akta prowadzi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Każda część akt osobowych ma własny wykaz. Dokumenty w części przechowuje się w porządku chronologicznym i numeruje (§ 4 ust. 1). Dokumenty powiązane tematycznie w częściach A, B i C można prowadzić w wydzielonych częściach A1, B1, C1 i kolejnych; chronologia, numeracja i wykaz dotyczą wtedy każdej z nich (§ 4 ust. 2).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Część A: dane osobowe z rekrutacji i badania lekarskie osoby przyjmowanej (§ 3 pkt 1)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538"/>
        <w:gridCol w:w="789"/>
        <w:gridCol w:w="1381"/>
        <w:gridCol w:w="690"/>
        <w:gridCol w:w="2466"/>
      </w:tblGrid>
      <w:tr>
        <w:trPr>
          <w:cantSplit/>
        </w:trPr>
        <w:tc>
          <w:tcPr>
            <w:tcW w:type="dxa" w:w="453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Rodzaj dokumentu (podstawa w § 3)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69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Str.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Oświadczenia lub dokumenty z danymi osobowymi z ubiegania się o zatrudnienie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Skierowanie na badania lekarskie i orzeczenie lekarskie (art. 229 § 1 pkt 1, § 1¹ i 1² KP)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Część B: nawiązanie stosunku pracy i przebieg zatrudnienia (§ 3 pkt 2)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538"/>
        <w:gridCol w:w="789"/>
        <w:gridCol w:w="1381"/>
        <w:gridCol w:w="690"/>
        <w:gridCol w:w="2466"/>
      </w:tblGrid>
      <w:tr>
        <w:trPr>
          <w:cantSplit/>
        </w:trPr>
        <w:tc>
          <w:tcPr>
            <w:tcW w:type="dxa" w:w="453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Rodzaj dokumentu (podstawa w § 3)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69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Str.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Dokumenty z danymi osobowymi przy nawiązaniu stosunku pracy (lit. a)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Umowa o pracę albo potwierdzenie ustaleń z art. 29 § 2 KP (lit. b)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Zakres czynności, jeśli pracodawca go sporządził (lit. c)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Praca w szczególnych warunkach, emerytury pomostowe (lit. d)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Zapoznanie z regulaminem pracy lub obwieszczeniem (lit. e)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Zapoznanie z przepisami i zasadami BHP, art. 237⁴ § 3 KP (lit. e)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Zapoznanie z zakresem informacji objętych tajemnicą (lit. e)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Poinformowanie o warunkach zatrudnienia i ich zmianie, art. 29 § 3 KP (lit. f)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Poinformowanie o monitoringu, ryzyku zawodowym, kontroli trzeźwości (lit. f)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Dokumenty o ukończeniu szkolenia BHP, w tym karta szkolenia wstępnego (lit. h)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Skierowania i orzeczenia: wstępne, okresowe i kontrolne, art. 229 § 1 pkt 2, § 2 i 5 KP (lit. r)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Zmiana warunków pracy lub płacy (lit. i), mienie powierzone (lit. j)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Pozostałe z § 3 pkt 2: kwalifikacje (k), nagrody (l), urlopy i obniżenie wymiaru (m–q), zakaz konkurencji (s), lit. t–z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Lit. g: potwierdzenie otrzymania przez pracownika młodocianego i jego przedstawiciela ustawowego informacji o ryzyku zawodowym. Lit. t–z obejmują między innymi wniosek o poinformowanie inspektora pracy o pracy w nocy, telepracę, pracę zdalną, wniosek z art. 29³ KP i elastyczną organizację pracy.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Część C: rozwiązanie albo wygaśnięcie stosunku pracy (§ 3 pkt 3)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538"/>
        <w:gridCol w:w="789"/>
        <w:gridCol w:w="1381"/>
        <w:gridCol w:w="690"/>
        <w:gridCol w:w="2466"/>
      </w:tblGrid>
      <w:tr>
        <w:trPr>
          <w:cantSplit/>
        </w:trPr>
        <w:tc>
          <w:tcPr>
            <w:tcW w:type="dxa" w:w="453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Rodzaj dokumentu (podstawa w § 3)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69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Str.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Oświadczenia związane z rozwiązaniem umowy o pracę (lit. a)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Wnioski o świadectwo pracy i kopia wydanego świadectwa (lit. b, d)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Niewypłacenie ekwiwalentu za urlop, art. 171 § 3 KP (lit. c)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Zajęcie wynagrodzenia: potwierdzenie czynności (lit. e)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Zakaz konkurencji po ustaniu stosunku pracy (lit. f)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Skierowania i orzeczenia przy narażeniu na rakotwórcze lub pyły zwłókniające, art. 229 § 5 pkt 2 KP (lit. g)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Część D: odpowiedzialność porządkowa (§ 3 pkt 4)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Odpis zawiadomienia o ukaraniu i inne dokumenty związane z odpowiedzialnością porządkową. Każda kara ma własną wydzieloną część D1, D2 i kolejne; po usunięciu odpisu usuwa się całą część dotyczącą tej kary, a pozostałym przyporządkowuje się kolejne numery (§ 4 ust. 3).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538"/>
        <w:gridCol w:w="789"/>
        <w:gridCol w:w="1381"/>
        <w:gridCol w:w="690"/>
        <w:gridCol w:w="2466"/>
      </w:tblGrid>
      <w:tr>
        <w:trPr>
          <w:cantSplit/>
        </w:trPr>
        <w:tc>
          <w:tcPr>
            <w:tcW w:type="dxa" w:w="453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Rodzaj dokumentu (podstawa w § 3)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69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Str.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4538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Część E: kontrola trzeźwości i środków działających podobnie do alkoholu (§ 3 pkt 5)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Informacje z art. 22¹ᶜ § 6, art. 22¹ᵈ § 10 i art. 22¹ᵉ § 2, art. 22¹ᶠ § 2 KP. Każda kontrola ma własną wydzieloną część E1, E2 i kolejne (§ 4 ust. 4).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538"/>
        <w:gridCol w:w="789"/>
        <w:gridCol w:w="1381"/>
        <w:gridCol w:w="690"/>
        <w:gridCol w:w="2466"/>
      </w:tblGrid>
      <w:tr>
        <w:trPr>
          <w:cantSplit/>
        </w:trPr>
        <w:tc>
          <w:tcPr>
            <w:tcW w:type="dxa" w:w="453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Rodzaj dokumentu (podstawa w § 3)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69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Str.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4538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690"/>
          </w:tcPr>
          <w:p/>
        </w:tc>
        <w:tc>
          <w:tcPr>
            <w:tcW w:type="dxa" w:w="246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Dokumentacja prowadzona oddzielnie (§ 6)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Poza aktami osobowymi pracodawca prowadzi oddzielnie dla każdego pracownika: dokumenty o ewidencjonowaniu czasu pracy i wnioski dotyczące czasu pracy, dokumenty o urlopie wypoczynkowym, kartę (listę) wypłaconego wynagrodzenia oraz kartę ewidencji przydziału odzieży i obuwia roboczego i środków ochrony indywidualnej.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Osoba prowadząca akta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Pracodawca lub osoba upoważniona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Dokumentację pracowniczą przechowuje się przez okres zatrudnienia i 10 lat od końca roku kalendarzowego, w którym stosunek pracy się rozwiązał lub wygasł, chyba że odrębne przepisy przewidują dłuższy okres (art. 94 pkt 9b KP). Podział na części A–E dotyczy pracowników, których stosunek pracy nawiązano od 1 stycznia 2019 r. (§ 19).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Spis Dokumentów W Aktach Osobowych Pracownika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