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STATYSTYCZNA KARTA WYPADKU PRZY PRACY Z-KW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karta robocza do przygotowania danych do przekazania na portal sprawozdawczy GUS (rozporządzenie MRiPS z 9 grudnia 2022 r., Dz.U. 2022 poz. 2750, załącznik nr 1)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Dane pracodawcy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REGON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Kolejny nr karty w zakładzie pracy od początku roku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pracujących w jednostce lokalnej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bez przeliczenia na pełny etat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Dokument źródłowy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zatwierdzony protokół powypadkowy albo karta wypadku, nr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zatwierdzenia protokołu lub sporządzenia karty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początek biegu terminów z § 5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wypadek przy pracy (kod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wypadek traktowany na równi z wypadkiem przy pracy (kod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jednostka lokalna nie ma własnego numeru REGON albo zmieniła się lokalizacja siedziby, PKD lub forma własności: wypełnij X1, X2, X3 i zacznij od poz. X1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X1. Miejscowość (gmina) jednostki lokalnej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kod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X2. Rodzaj działalności wg PKD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kod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X3. Forma własności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kod z załącznika nr 2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Część I. Poszkodowany (poz. 01–07)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6314"/>
        <w:gridCol w:w="1578"/>
        <w:gridCol w:w="1973"/>
      </w:tblGrid>
      <w:tr>
        <w:trPr>
          <w:cantSplit/>
        </w:trPr>
        <w:tc>
          <w:tcPr>
            <w:tcW w:type="dxa" w:w="631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Poz., rodzaj informacji i sposób zapisu (kody wg załącznika nr 2)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lub liczba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Dane z protokołu</w:t>
            </w:r>
          </w:p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01. Płeć: 1 mężczyzna, 2 kobieta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02. Rok urodzenia: liczba, cztery cyfry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03. Obywatelstwo: 0 nieznane, 1 polskie, 2 państwa UE innego niż Polska, 3 państwa spoza UE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04. Status zatrudnienia: np. 311 czas nieokreślony pełny etat, 321 czas określony pełny etat, 301 umowa inna niż o pracę, 100 pracujący na własny rachunek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05. Zawód wykonywany: pełny kod sześciocyfrowy z klasyfikacji zawodów i specjalności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06. Staż na stanowisku w zakładzie pracy (lata): liczba lat z protokołu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07. Godziny przepracowane od podjęcia pracy do chwili wypadku: liczba godzin z protokołu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Skutki wypadku znane przy wypełnianiu części I (poz. 08–14)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6314"/>
        <w:gridCol w:w="1578"/>
        <w:gridCol w:w="1973"/>
      </w:tblGrid>
      <w:tr>
        <w:trPr>
          <w:cantSplit/>
        </w:trPr>
        <w:tc>
          <w:tcPr>
            <w:tcW w:type="dxa" w:w="631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Poz., rodzaj informacji i sposób zapisu (kody wg załącznika nr 2)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lub liczba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Dane z protokołu</w:t>
            </w:r>
          </w:p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08. Rodzaj urazu: kod z załącznika nr 2; przy kilku urazach najpoważniejszy, kod 120 tylko gdy nie da się wskazać poważniejszego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09. Umiejscowienie urazu: kod z załącznika nr 2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 Liczba osób poszkodowanych: liczba osób w jednym wypadku; dla każdego poszkodowanego osobna karta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11. Skutki wypadku: 1 śmierć, 2 ciężkie uszkodzenie ciała, 3 inne skutki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12. Liczba dni niezdolności do pracy: dni zasiłku chorobowego znane w chwili wypełniania części I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13. Straty czasu pracy innych osób (roboczogodziny): suma godzin osób, które nie mogły pracować z powodu wypadku, bez godzin zastępstwa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14. Szacunkowe straty materialne (tys. zł): jedno miejsce po przecinku, bez strat czasu pracy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Wypadek i jego przebieg (poz. Z1–Z2 i 15–27)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Z1: wypadek wydarzył się w związku z wykonywaniem pracy zdalnej lub telepracy: tak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Z2: nie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6314"/>
        <w:gridCol w:w="1578"/>
        <w:gridCol w:w="1973"/>
      </w:tblGrid>
      <w:tr>
        <w:trPr>
          <w:cantSplit/>
        </w:trPr>
        <w:tc>
          <w:tcPr>
            <w:tcW w:type="dxa" w:w="631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Poz., rodzaj informacji i sposób zapisu (kody wg załącznika nr 2)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lub liczba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Dane z protokołu</w:t>
            </w:r>
          </w:p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15. Położenie geograficzne miejsca wypadku: siedmiocyfrowy kod gminy; poza granicami kraju ZZZZZZZ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16. Data wypadku: RRRR-MM-DD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17. Godzina wypadku (0–23): pełna godzina, np. 14 dla 14.00–14.59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18. Miejsce powstania wypadku: na budowie zawsze kod terenu budowy 021–029, np. 021 obiekt w budowie, 022 rozbiórka lub remont obiektu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19. Proces pracy: np. 21 prace ziemne, 22 nowe budynki, 23 infrastruktura, 24 przebudowa i remont, 25 rozbiórka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20. Rodzaj miejsca wypadku: 0 nieokreślone, 1 w jednostce lokalnej, 2 poza jednostką lokalną, 9 inne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21. Czynność wykonywana przez poszkodowanego w chwili wypadku: kod z załącznika nr 2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22. Czynnik materialny związany z czynnością: kod z załącznika nr 2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23. Wydarzenie będące odchyleniem od stanu normalnego: kod z załącznika nr 2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24. Czynnik materialny związany z odchyleniem: kod z załącznika nr 2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25. Wydarzenie powodujące uraz: kod z załącznika nr 2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26. Czynnik materialny będący źródłem urazu: kod z załącznika nr 2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27. Przyczyny wypadku (wszystkie, kody z załącznika nr 2; formularz ma 7 pól)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1381"/>
        <w:gridCol w:w="7892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</w:t>
            </w:r>
          </w:p>
        </w:tc>
        <w:tc>
          <w:tcPr>
            <w:tcW w:type="dxa" w:w="789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 przyczyny z protokołu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381"/>
          </w:tcPr>
          <w:p/>
        </w:tc>
        <w:tc>
          <w:tcPr>
            <w:tcW w:type="dxa" w:w="7892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381"/>
          </w:tcPr>
          <w:p/>
        </w:tc>
        <w:tc>
          <w:tcPr>
            <w:tcW w:type="dxa" w:w="7892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381"/>
          </w:tcPr>
          <w:p/>
        </w:tc>
        <w:tc>
          <w:tcPr>
            <w:tcW w:type="dxa" w:w="7892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381"/>
          </w:tcPr>
          <w:p/>
        </w:tc>
        <w:tc>
          <w:tcPr>
            <w:tcW w:type="dxa" w:w="7892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381"/>
          </w:tcPr>
          <w:p/>
        </w:tc>
        <w:tc>
          <w:tcPr>
            <w:tcW w:type="dxa" w:w="7892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381"/>
          </w:tcPr>
          <w:p/>
        </w:tc>
        <w:tc>
          <w:tcPr>
            <w:tcW w:type="dxa" w:w="7892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381"/>
          </w:tcPr>
          <w:p/>
        </w:tc>
        <w:tc>
          <w:tcPr>
            <w:tcW w:type="dxa" w:w="789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Dane kontaktowe i przekazanie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Służbowy adres e-mail osoby sporządzającej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wielkimi literami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Służbowy numer telefonu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miejscowość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Karta przekazana na portal GUS dnia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termin: 14 dni roboczych (§ 5 ust. 1)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Część II (uzupełniająca): rzeczywiste skutki wypadku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Poz. 16. Data wypadku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RRRR-MM-DD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Kolejny nr karty w zakładzie pracy od początku roku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jak w części 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6314"/>
        <w:gridCol w:w="1578"/>
        <w:gridCol w:w="1973"/>
      </w:tblGrid>
      <w:tr>
        <w:trPr>
          <w:cantSplit/>
        </w:trPr>
        <w:tc>
          <w:tcPr>
            <w:tcW w:type="dxa" w:w="631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Poz., rodzaj informacji i sposób zapisu (kody wg załącznika nr 2)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lub liczba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Dane z protokołu</w:t>
            </w:r>
          </w:p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28. Skutki wypadku (rzeczywiste): 1 śmierć osoby poszkodowanej, 2 ciężkie uszkodzenie ciała, 3 inne skutki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31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29. Całkowita liczba dni niezdolności do pracy: całkowita liczba dni zasiłku chorobowego związanego z wypadkiem, bez świadczenia rehabilitacyjnego</w:t>
            </w:r>
          </w:p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Część II przekazana na portal GUS dnia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termin: do 6 miesięcy od zatwierdzenia protokołu lub sporządzenia karty (§ 5 ust. 2)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miejscowość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Terminy tej karty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6116"/>
        <w:gridCol w:w="1874"/>
        <w:gridCol w:w="1874"/>
      </w:tblGrid>
      <w:tr>
        <w:trPr>
          <w:cantSplit/>
        </w:trPr>
        <w:tc>
          <w:tcPr>
            <w:tcW w:type="dxa" w:w="611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Czynność i termin z rozporządzenia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wyliczona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Przekazano dnia</w:t>
            </w:r>
          </w:p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Część I: sporządzenie i przekazanie w ciągu 14 dni roboczych od zatwierdzenia protokołu lub sporządzenia karty wypadku (§ 5 ust. 1)</w:t>
            </w:r>
          </w:p>
        </w:tc>
        <w:tc>
          <w:tcPr>
            <w:tcW w:type="dxa" w:w="1874"/>
          </w:tcPr>
          <w:p/>
        </w:tc>
        <w:tc>
          <w:tcPr>
            <w:tcW w:type="dxa" w:w="1874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Część II: sporządzenie i przekazanie nie później niż z upływem 6 miesięcy od tego samego dnia (§ 5 ust. 2)</w:t>
            </w:r>
          </w:p>
        </w:tc>
        <w:tc>
          <w:tcPr>
            <w:tcW w:type="dxa" w:w="1874"/>
          </w:tcPr>
          <w:p/>
        </w:tc>
        <w:tc>
          <w:tcPr>
            <w:tcW w:type="dxa" w:w="1874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Śmierć jako skutek (poz. 11 i 28): zgon w okresie nieprzekraczającym 6 miesięcy od dnia wypadku (objaśnienia do poz. 11)</w:t>
            </w:r>
          </w:p>
        </w:tc>
        <w:tc>
          <w:tcPr>
            <w:tcW w:type="dxa" w:w="1874"/>
          </w:tcPr>
          <w:p/>
        </w:tc>
        <w:tc>
          <w:tcPr>
            <w:tcW w:type="dxa" w:w="1874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Kontrola przed wysłaniem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dane zgodne z zatwierdzonym protokołem powypadkowym albo kartą wypadku (§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dla każdego poszkodowanego w wypadku zbiorowym przygotowano osobną kartę (poz. 10)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kody wybrano z klasyfikacji w załączniku nr 2 (§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przekazywana na portal sprawozdawczy GUS; papierowy oryginał do Urzędu Statystycznego w Gdańsku może wysłać pracodawca zatrudniający nie więcej niż 5 pracujących (§ 5 ust. 3–4)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Sporządził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Sprawdził: pracodawca lub osoba upoważniona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Statystyczną kartę sporządza się na podstawie zatwierdzonego protokołu ustalenia okoliczności i przyczyn wypadku przy pracy albo karty wypadku, w których stwierdzono, że wypadek jest wypadkiem przy pracy lub traktowanym na równi z wypadkiem przy pracy (§ 3). Dokument nie jest drukiem urzędowym: wzór karty Z-KW i klasyfikacje podają załączniki nr 1 i 2 do rozporządzenia Ministra Rodziny i Polityki Społecznej z 9 grudnia 2022 r. (Dz.U. 2022 poz. 2750).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Statystyczna Karta Wypadku Przy Pracy Z-Kw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