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TABELA NORM PRZYDZIAŁU ODZIEŻY ROBOCZEJ, OBUWIA ROBOCZEGO I ŚRODKÓW OCHRONY INDYWIDUALNEJ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art. 237⁶–237⁹ Kodeksu pracy oraz zał. nr 2 do rozporządzenia w sprawie ogólnych przepisów BHP (w brzmieniu z Dz.U. 2021 poz. 2088)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Dane tabeli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Tabela obowiązuje od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Podstawa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ocena ryzyka zawodowego nr, data (art. 226 pkt 1)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Konsultacja z pracownikami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i forma (art. 237¹¹a § 1 pkt 4)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pracodawca,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Zasady przydziału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ŚOI oraz odzież i obuwie robocze pracodawca dostarcza nieodpłatnie (art. 237⁶ § 1, art. 237⁷ §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ŚOI spełniają wymagania oceny zgodności, a odzież i obuwie robocze wymagania Polskich Norm (art. 237⁶ § 3, art. 237⁷ §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przedmioty z tabeli są własnością pracodawcy (art. 237⁸ §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pracownika nie dopuszcza się do pracy bez ŚOI, odzieży i obuwia przewidzianych na stanowisku (art. 237⁹ §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pracodawca zapewnia pranie, konserwację i naprawę; pranie przez pracownika tylko za ekwiwalentem kosztów (art. 237⁹ § 2 i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ŚOI i odzież skażone chemicznie, promieniotwórczo lub biologicznie: przechowywanie w wyznaczonym miejscu, bez powierzania prania pracownikowi (art. 237¹⁰)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Odzież i obuwie robocze (art. 237⁷ i 237⁸ § 1)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762"/>
        <w:gridCol w:w="2367"/>
        <w:gridCol w:w="789"/>
        <w:gridCol w:w="1381"/>
        <w:gridCol w:w="2565"/>
      </w:tblGrid>
      <w:tr>
        <w:trPr>
          <w:cantSplit/>
        </w:trPr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Przedmiot, rodzaj i norma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Ilość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Okres użytkowania (mies.)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Bluza lub koszula robocza</w:t>
            </w:r>
          </w:p>
        </w:tc>
        <w:tc>
          <w:tcPr>
            <w:tcW w:type="dxa" w:w="2367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Spodnie robocze lub ogrodniczki</w:t>
            </w:r>
          </w:p>
        </w:tc>
        <w:tc>
          <w:tcPr>
            <w:tcW w:type="dxa" w:w="2367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Kurtka robocza</w:t>
            </w:r>
          </w:p>
        </w:tc>
        <w:tc>
          <w:tcPr>
            <w:tcW w:type="dxa" w:w="2367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Odzież ocieplana (zima)</w:t>
            </w:r>
          </w:p>
        </w:tc>
        <w:tc>
          <w:tcPr>
            <w:tcW w:type="dxa" w:w="2367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Odzież przeciwdeszczowa</w:t>
            </w:r>
          </w:p>
        </w:tc>
        <w:tc>
          <w:tcPr>
            <w:tcW w:type="dxa" w:w="2367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Obuwie robocze</w:t>
            </w:r>
          </w:p>
        </w:tc>
        <w:tc>
          <w:tcPr>
            <w:tcW w:type="dxa" w:w="2367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Obuwie gumowe</w:t>
            </w:r>
          </w:p>
        </w:tc>
        <w:tc>
          <w:tcPr>
            <w:tcW w:type="dxa" w:w="2367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/>
        </w:tc>
        <w:tc>
          <w:tcPr>
            <w:tcW w:type="dxa" w:w="2367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/>
        </w:tc>
        <w:tc>
          <w:tcPr>
            <w:tcW w:type="dxa" w:w="2367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/>
        </w:tc>
        <w:tc>
          <w:tcPr>
            <w:tcW w:type="dxa" w:w="2367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Środki ochrony indywidualnej (art. 237⁶; zał. nr 2, tabela nr 3)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762"/>
        <w:gridCol w:w="2367"/>
        <w:gridCol w:w="789"/>
        <w:gridCol w:w="1381"/>
        <w:gridCol w:w="2565"/>
      </w:tblGrid>
      <w:tr>
        <w:trPr>
          <w:cantSplit/>
        </w:trPr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Rodzaj ŚOI i przykładowa norma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Stanowiska i zagrożenie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Ilość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Wymiana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Głowa: hełm ochronny (PN-EN 397)</w:t>
            </w:r>
          </w:p>
        </w:tc>
        <w:tc>
          <w:tcPr>
            <w:tcW w:type="dxa" w:w="2367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Oczy i twarz: okulary, gogle, osłona twarzy (PN-EN 166)</w:t>
            </w:r>
          </w:p>
        </w:tc>
        <w:tc>
          <w:tcPr>
            <w:tcW w:type="dxa" w:w="2367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Słuch: nauszniki lub wkładki (PN-EN 352)</w:t>
            </w:r>
          </w:p>
        </w:tc>
        <w:tc>
          <w:tcPr>
            <w:tcW w:type="dxa" w:w="2367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Układ oddechowy: półmaska filtrująca (PN-EN 149)</w:t>
            </w:r>
          </w:p>
        </w:tc>
        <w:tc>
          <w:tcPr>
            <w:tcW w:type="dxa" w:w="2367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Ręce: rękawice (PN-EN 388 i inne wg zagrożeń)</w:t>
            </w:r>
          </w:p>
        </w:tc>
        <w:tc>
          <w:tcPr>
            <w:tcW w:type="dxa" w:w="2367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Stopy: obuwie z podnoskiem (PN-EN ISO 20345)</w:t>
            </w:r>
          </w:p>
        </w:tc>
        <w:tc>
          <w:tcPr>
            <w:tcW w:type="dxa" w:w="2367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Ciało: kamizelka lub odzież ostrzegawcza (PN-EN ISO 20471)</w:t>
            </w:r>
          </w:p>
        </w:tc>
        <w:tc>
          <w:tcPr>
            <w:tcW w:type="dxa" w:w="2367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Całe ciało: szelki z linką i amortyzatorem (PN-EN 361)</w:t>
            </w:r>
          </w:p>
        </w:tc>
        <w:tc>
          <w:tcPr>
            <w:tcW w:type="dxa" w:w="2367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Skóra: kremy ochronne</w:t>
            </w:r>
          </w:p>
        </w:tc>
        <w:tc>
          <w:tcPr>
            <w:tcW w:type="dxa" w:w="2367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/>
        </w:tc>
        <w:tc>
          <w:tcPr>
            <w:tcW w:type="dxa" w:w="2367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/>
        </w:tc>
        <w:tc>
          <w:tcPr>
            <w:tcW w:type="dxa" w:w="2367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/>
        </w:tc>
        <w:tc>
          <w:tcPr>
            <w:tcW w:type="dxa" w:w="2367"/>
          </w:tcPr>
          <w:p/>
        </w:tc>
        <w:tc>
          <w:tcPr>
            <w:tcW w:type="dxa" w:w="789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Wymianę ŚOI przewiduje się według wskazań producenta albo w razie utraty właściwości ochronnych, a ich stan okresowo się sprawdza i dokumentuje (zał. nr 2 § 3 ust. 3). Normy w tabeli są przykładowe: właściwe wpisz z etykiety i deklaracji zgodności wybranego produktu. Rodzaje ŚOI dobiera się do zagrożeń z oceny ryzyka (zał. nr 2 § 1 i 6).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Własna odzież pracownika (art. 237⁷ § 2–4)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Stanowiska, na których dopuszczono własną odzież i obuwie (za zgodą pracownika)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lista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Wysokość ekwiwalentu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zł, aktualne ceny (§ 4)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Stanowiska bez własnej odzieży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obsługa maszyn i urządzeń, prace silnie brudzące (§ 3)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/ pracownik za ekwiwalentem (art. 237⁹ § 3)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Opracował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Zatwierdził pracodawca (data, podpis)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tabelę do swoich stanowisk i oceny ryzyka.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Tabela Norm Przydziału Odzieży Roboczej, Obuwia Roboczego I Środków Ochrony Indywidualnej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