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TABLICA INFORMACYJNA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karta treści do wypełnienia i przekazania wykonawcy tablicy, art. 45b ustawy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Treść tablicy (art. 45b ust. 1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robót budowlanych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budowa budynku mieszkalnego wielorodzinnego z garażem podziemnym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prowadzenia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ulica i numer albo działka nr, obręb, miejscowość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albo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decyzji albo dokonanego zgłoszenia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Organ, który wydał decyzję albo rozpatrywał zgłoszenie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nadzoru budowlanego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organu nadzoru budowlanego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inwestora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kierownika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Dodatkowe dane (nieobowiązkowe)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generalny wykonawca; każdy napis na tablicy musi mieć litery co najmniej 6 cm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Wymagania dla wykonawcy tablicy (art. 45b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kształt prostokąta, sztywna płyta koloru żółtego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napisy wykonane czytelnie i trwale, litery i cyfry koloru czarnego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wysokość liter i cyfr co najmniej 6 cm, mierzona na wydrukowanej literze (zalecane wielkie litery; rozmiar czcionki w programie nie jest wysokością litery)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wymiar tablicy dobrany do ilości tekstu; przepisy nie określają wymiarów tablicy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w miejscu widocznym od strony drogi publicznej lub dojazdu do takiej drogi, na wysokości umożliwiającej odczytanie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Lista kontrolna przed rozpoczęciem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dane zgodne z decyzją o pozwoleniu na budowę albo z dokonanym zgłoszeniem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telefony inwestora, kierownika budowy i organu nadzoru budowlanego sprawdzone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wysokość liter zmierzona miarką na gotowej tablicy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tablica umieszczona przed rozpoczęciem budowy (art. 45a ust. 1 pkt 3 lit. 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ustalono, kto aktualizuje tablicę po zmianie kierownika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termin zdjęcia tablicy: pozwolenie na użytkowanie, brak sprzeciwu do zawiadomienia o zakończeniu budowy albo zakończenie robót (art. 45b ust. 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Sporządził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Ogłoszenie zawierające dane dotyczące bezpieczeństwa pracy i ochrony zdrowia (art. 45c)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Ogłoszenie umieszcza się obok tablicy informacyjnej, gdy na budowie przewiduje się roboty trwające dłużej niż 30 dni roboczych i jednoczesne zatrudnienie co najmniej 20 pracowników albo gdy przewidywany zakres robót przekracza 500 osobodni (art. 45a ust. 1 pkt 3 lit. b).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Przewidywany termin rozpoczęcia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Przewidywany termin zakończenia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5919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budowy (od – do)</w:t>
            </w:r>
          </w:p>
        </w:tc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Maksymalna liczba pracowników zatrudnionych na budowie w tym okresie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591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591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591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5919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Informacje dotyczące planu bezpieczeństwa i ochrony zdrowia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kto sporządził plan BIOZ, data, gdzie można się z nim zapoznać na budowie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Wymagania dla wykonawcy ogłoszenia (art. 45c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sztywna płyta koloru żółtego w kształcie prostokąta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napisy czytelne i trwałe, litery i cyfry koloru czarnego o wysokości co najmniej 4 cm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w widocznym miejscu obok tablicy informacyjnej, na wysokości umożliwiającej odczytanie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Wymagania z rozporządzenia Ministra Infrastruktury z dnia 26 czerwca 2002 r. (tablica 90 cm × 70 cm, litery co najmniej 4 cm, numery alarmowe, dane wykonawców, kierowników robót, inspektora nadzoru i projektantów) nie obowiązują: rozporządzenie jest uznane za uchylone od 19 września 2021 r. Treść tablicy i ogłoszenia określają art. 45a–45c ustawy – Prawo budowlane.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Sporządził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Tablica Informacyjna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