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UMOWA PRZELEWU (CESJI) WIERZYTELNOŚCI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wierzytelność o wynagrodzenie z umowy o roboty budowlane (art. 509–516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umowy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Zbywca (cedent)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reprezentacja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Nabywca (cesjonariusz)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reprezentacja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Dłużnik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Umowa, z której wynika wierzytelność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przedmiot, budowa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1. Przedmiot przelewu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Zbywca przenosi na nabywcę wierzytelność o zapłatę wynagrodzenia, przysługującą mu wobec dłużnika z umowy wskazanej wyżej, w zakresie podanym w tabeli. Wraz z wierzytelnością przechodzą na nabywcę wszelkie związane z nią prawa, w szczególności roszczenie o zaległe odsetki (art. 509 § 2 KC).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354"/>
        <w:gridCol w:w="1578"/>
        <w:gridCol w:w="1973"/>
        <w:gridCol w:w="2367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/ protokół odbioru (nr, data)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zapłaty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brutto (zł)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przelewana (zł)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przelewane (zł)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słownie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Odsetki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przechodzą z wierzytelnością / strony wyłączają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2. Zastrzeżenia umowne (art. 509 § 1 i art. 514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z dłużnikiem nie zawiera zakazu przelewu ani wymogu zgody dłużnika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z dłużnikiem wymaga zgody dłużnika na przelew (§ ........ umowy); zgoda z dnia ........ jest załącznikiem albo zostanie wyrażona pod zawiadomieniem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3. Cel przelewu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sprzedaż wierzytelności za cenę ................ zł, płatną do dnia ................ na rachunek zbywcy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przelew na zabezpieczenie wierzytelności nabywcy z tytułu ................ (np. kredytu, dostaw materiałów); po jej zapłacie nabywca przeniesie wierzytelność zwrotnie na zbywcę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przelew w zamian za umorzenie długu zbywcy wobec nabywcy z faktur nr ................ w kwocie ................ zł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4. Odpowiedzialność zbywcy (art. 516 KC)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Zbywca odpowiada wobec nabywcy za to, że wierzytelność mu przysługuje. Oświadcza, że wierzytelność nie była wcześniej przelana ani zajęta, a dłużnik nie zgłosił zarzutów do robót objętych fakturami, z wyjątkiem: 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zbywca przyjmuje odpowiedzialność za wypłacalność dłużnika w chwili przelewu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zbywca nie odpowiada za wypłacalność dłużnika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5. Zawiadomienie dłużnika i dokumenty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Zbywca zawiadomi dłużnika o przelewie na piśmie w ciągu ........ dni od podpisania umowy, na wzorze ze strony 2, i przekaże nabywcy dowód doręczenia (art. 512 KC). Zbywca wyda nabywcy kopie umowy z dłużnikiem, protokołów odbioru i faktur. Umowę przelewu stwierdza się pismem (art. 511 KC) i sporządza w trzech egzemplarzach: dla zbywcy, nabywcy i dłużnika.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Zbywca (podpis osoby upoważnionej)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Nabywca (podpis osoby upoważnionej)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ZAWIADOMIENIE O PRZELEWIE WIERZYTELNOŚCI (art. 512 KC)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doręczenia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list polecony / za potwierdzeniem odbioru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 (dłużnik)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Zbywca (nadawca)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Zawiadamiam, że umową przelewu z dnia ................ przeniosłem na nabywcę wskazanego niżej wierzytelność o zapłatę wynagrodzenia z umowy nr ................ z dnia ................ (budowa: ................................), obejmującą faktury wymienione w tabeli. Od dnia doręczenia tego zawiadomienia świadczenie z tych faktur proszę spełniać wyłącznie na rachunek nabywcy.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354"/>
        <w:gridCol w:w="1775"/>
        <w:gridCol w:w="2170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(nr, data)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zapłaty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przelana (zł)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Nabywca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nabywcy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 rachunku, bank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Tytuł przelewu bankowego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numer faktury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Kontakt u nabywcy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telefon,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załącznik: kopia umowy przelewu / wyciąg z umowy przelewu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Zbywca (podpis osoby upoważnionej)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Nabywca (podpis, nieobowiązkowo)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Potwierdzenie dłużnika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potwierdzam otrzymanie zawiadomienia w dniu 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wyrażam zgodę na przelew (gdy umowa jej wymaga, art. 509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zgłaszam zarzuty albo wierzytelności wobec zbywcy (art. 513 KC): 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Dłużnik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Dopóki zbywca nie zawiadomił dłużnika o przelewie, spełnienie świadczenia do rąk poprzedniego wierzyciela ma skutek względem nabywcy, chyba że w chwili spełnienia świadczenia dłużnik wiedział o przelewie (art. 512 KC). Dłużnikowi przysługują przeciwko nabywcy wszelkie zarzuty, które miał przeciwko zbywcy w chwili powzięcia wiadomości o przelewie (art. 513 § 1 KC). Jeżeli dłużnik, który otrzymał pisemne zawiadomienie pochodzące od zbywcy, spełnił świadczenie do rąk nabywcy, zbywca może powołać się wobec dłużnika na nieważność przelewu albo na zarzuty wynikające z jego podstawy prawnej tylko wtedy, gdy w chwili spełnienia świadczenia były one dłużnikowi wiadome (art. 515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Przelewu (Cesji) Wierzytelności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